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8ED" w:rsidRPr="00367C15" w:rsidRDefault="00F60B13">
      <w:pPr>
        <w:spacing w:after="80"/>
        <w:jc w:val="right"/>
        <w:rPr>
          <w:lang w:val="uk-UA"/>
        </w:rPr>
      </w:pPr>
      <w:r w:rsidRPr="00367C15">
        <w:rPr>
          <w:sz w:val="20"/>
          <w:lang w:val="uk-UA"/>
        </w:rPr>
        <w:t>Додаток №1 до Оголошення</w:t>
      </w:r>
      <w:r w:rsidRPr="00367C15">
        <w:rPr>
          <w:sz w:val="20"/>
          <w:lang w:val="uk-UA"/>
        </w:rPr>
        <w:br/>
      </w:r>
      <w:r w:rsidR="007506D1">
        <w:rPr>
          <w:sz w:val="20"/>
          <w:lang w:val="uk-UA"/>
        </w:rPr>
        <w:t>про</w:t>
      </w:r>
      <w:r w:rsidRPr="00367C15">
        <w:rPr>
          <w:sz w:val="20"/>
          <w:lang w:val="uk-UA"/>
        </w:rPr>
        <w:t xml:space="preserve"> Тендеру № 2026/0</w:t>
      </w:r>
      <w:r w:rsidR="007506D1">
        <w:rPr>
          <w:sz w:val="20"/>
          <w:lang w:val="uk-UA"/>
        </w:rPr>
        <w:t>8</w:t>
      </w:r>
      <w:r w:rsidRPr="00367C15">
        <w:rPr>
          <w:sz w:val="20"/>
          <w:lang w:val="uk-UA"/>
        </w:rPr>
        <w:t>/</w:t>
      </w:r>
      <w:r w:rsidR="007506D1">
        <w:rPr>
          <w:sz w:val="20"/>
          <w:lang w:val="uk-UA"/>
        </w:rPr>
        <w:t>13</w:t>
      </w:r>
      <w:r w:rsidRPr="00367C15">
        <w:rPr>
          <w:sz w:val="20"/>
          <w:lang w:val="uk-UA"/>
        </w:rPr>
        <w:t>-1 ВС</w:t>
      </w:r>
    </w:p>
    <w:p w:rsidR="00D818ED" w:rsidRPr="00367C15" w:rsidRDefault="00F60B13">
      <w:pPr>
        <w:spacing w:before="120" w:after="160"/>
        <w:jc w:val="center"/>
        <w:rPr>
          <w:sz w:val="24"/>
          <w:szCs w:val="24"/>
          <w:lang w:val="uk-UA"/>
        </w:rPr>
      </w:pPr>
      <w:r w:rsidRPr="00367C15">
        <w:rPr>
          <w:b/>
          <w:sz w:val="28"/>
          <w:lang w:val="uk-UA"/>
        </w:rPr>
        <w:t>ТЕНДЕРНА ФОРМА</w:t>
      </w:r>
      <w:r w:rsidRPr="00367C15">
        <w:rPr>
          <w:b/>
          <w:sz w:val="28"/>
          <w:lang w:val="uk-UA"/>
        </w:rPr>
        <w:br/>
      </w:r>
      <w:r w:rsidRPr="00367C15">
        <w:rPr>
          <w:b/>
          <w:sz w:val="24"/>
          <w:szCs w:val="24"/>
          <w:lang w:val="uk-UA"/>
        </w:rPr>
        <w:t>(Цінова пропозиція)</w:t>
      </w:r>
    </w:p>
    <w:p w:rsidR="00D818ED" w:rsidRPr="00367C15" w:rsidRDefault="00F60B13" w:rsidP="00367C15">
      <w:pPr>
        <w:spacing w:after="80"/>
        <w:ind w:firstLine="284"/>
        <w:rPr>
          <w:sz w:val="24"/>
          <w:szCs w:val="24"/>
          <w:lang w:val="uk-UA"/>
        </w:rPr>
      </w:pPr>
      <w:r w:rsidRPr="00367C15">
        <w:rPr>
          <w:sz w:val="24"/>
          <w:szCs w:val="24"/>
          <w:lang w:val="uk-UA"/>
        </w:rPr>
        <w:t>Особа, що підписалася нижче, ознайомившись з умовами та положеннями цього Тендеру, пропонує послуги, вказані в умовах та положеннях тендерної документації.</w:t>
      </w:r>
    </w:p>
    <w:p w:rsidR="00D818ED" w:rsidRPr="00367C15" w:rsidRDefault="00F60B13">
      <w:pPr>
        <w:spacing w:after="80"/>
        <w:jc w:val="center"/>
        <w:rPr>
          <w:sz w:val="24"/>
          <w:szCs w:val="24"/>
          <w:lang w:val="uk-UA"/>
        </w:rPr>
      </w:pPr>
      <w:r w:rsidRPr="00367C15">
        <w:rPr>
          <w:b/>
          <w:sz w:val="24"/>
          <w:szCs w:val="24"/>
          <w:lang w:val="uk-UA"/>
        </w:rPr>
        <w:t>Відомості про учасника процедури закупівлі</w:t>
      </w:r>
    </w:p>
    <w:tbl>
      <w:tblPr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0"/>
        <w:gridCol w:w="6378"/>
      </w:tblGrid>
      <w:tr w:rsidR="00D818ED" w:rsidRPr="00106D9C" w:rsidTr="007506D1">
        <w:trPr>
          <w:jc w:val="center"/>
        </w:trPr>
        <w:tc>
          <w:tcPr>
            <w:tcW w:w="4390" w:type="dxa"/>
            <w:shd w:val="clear" w:color="auto" w:fill="DBE5F1" w:themeFill="accent1" w:themeFillTint="33"/>
            <w:vAlign w:val="center"/>
          </w:tcPr>
          <w:p w:rsidR="00D818ED" w:rsidRPr="00367C15" w:rsidRDefault="00F60B13">
            <w:pPr>
              <w:rPr>
                <w:lang w:val="uk-UA"/>
              </w:rPr>
            </w:pPr>
            <w:r w:rsidRPr="00367C15">
              <w:rPr>
                <w:b/>
                <w:lang w:val="uk-UA"/>
              </w:rPr>
              <w:t>Найменування закупівлі</w:t>
            </w:r>
          </w:p>
        </w:tc>
        <w:tc>
          <w:tcPr>
            <w:tcW w:w="6378" w:type="dxa"/>
            <w:vAlign w:val="center"/>
          </w:tcPr>
          <w:p w:rsidR="00D818ED" w:rsidRPr="00367C15" w:rsidRDefault="007506D1">
            <w:pPr>
              <w:rPr>
                <w:lang w:val="uk-UA"/>
              </w:rPr>
            </w:pPr>
            <w:r w:rsidRPr="007506D1">
              <w:rPr>
                <w:lang w:val="uk-UA"/>
              </w:rPr>
              <w:t xml:space="preserve">Внутрішні перевезення пасажирів легковими автомобілями на замовлення та/або автобусами малої </w:t>
            </w:r>
            <w:proofErr w:type="spellStart"/>
            <w:r w:rsidRPr="007506D1">
              <w:rPr>
                <w:lang w:val="uk-UA"/>
              </w:rPr>
              <w:t>пасажиромісткості</w:t>
            </w:r>
            <w:proofErr w:type="spellEnd"/>
          </w:p>
        </w:tc>
      </w:tr>
      <w:tr w:rsidR="00D818ED" w:rsidRPr="00367C15" w:rsidTr="007506D1">
        <w:trPr>
          <w:trHeight w:val="782"/>
          <w:jc w:val="center"/>
        </w:trPr>
        <w:tc>
          <w:tcPr>
            <w:tcW w:w="4390" w:type="dxa"/>
            <w:shd w:val="clear" w:color="auto" w:fill="DBE5F1" w:themeFill="accent1" w:themeFillTint="33"/>
            <w:vAlign w:val="center"/>
          </w:tcPr>
          <w:p w:rsidR="00D818ED" w:rsidRPr="00367C15" w:rsidRDefault="00F60B13">
            <w:pPr>
              <w:rPr>
                <w:lang w:val="uk-UA"/>
              </w:rPr>
            </w:pPr>
            <w:r w:rsidRPr="00367C15">
              <w:rPr>
                <w:b/>
                <w:lang w:val="uk-UA"/>
              </w:rPr>
              <w:t>Повне найменування учасника</w:t>
            </w:r>
          </w:p>
        </w:tc>
        <w:tc>
          <w:tcPr>
            <w:tcW w:w="6378" w:type="dxa"/>
            <w:vAlign w:val="center"/>
          </w:tcPr>
          <w:p w:rsidR="000345B7" w:rsidRPr="00367C15" w:rsidRDefault="000345B7">
            <w:pPr>
              <w:rPr>
                <w:lang w:val="uk-UA"/>
              </w:rPr>
            </w:pPr>
          </w:p>
        </w:tc>
      </w:tr>
      <w:tr w:rsidR="00D818ED" w:rsidRPr="00106D9C" w:rsidTr="007506D1">
        <w:trPr>
          <w:trHeight w:val="782"/>
          <w:jc w:val="center"/>
        </w:trPr>
        <w:tc>
          <w:tcPr>
            <w:tcW w:w="4390" w:type="dxa"/>
            <w:shd w:val="clear" w:color="auto" w:fill="DBE5F1" w:themeFill="accent1" w:themeFillTint="33"/>
            <w:vAlign w:val="center"/>
          </w:tcPr>
          <w:p w:rsidR="00D818ED" w:rsidRPr="00367C15" w:rsidRDefault="00F60B13">
            <w:pPr>
              <w:rPr>
                <w:lang w:val="uk-UA"/>
              </w:rPr>
            </w:pPr>
            <w:r w:rsidRPr="00367C15">
              <w:rPr>
                <w:b/>
                <w:lang w:val="uk-UA"/>
              </w:rPr>
              <w:t>Код ЄДРПОУ / РНОКПП / паспортні дані</w:t>
            </w:r>
          </w:p>
        </w:tc>
        <w:tc>
          <w:tcPr>
            <w:tcW w:w="6378" w:type="dxa"/>
            <w:vAlign w:val="center"/>
          </w:tcPr>
          <w:p w:rsidR="00D818ED" w:rsidRPr="00367C15" w:rsidRDefault="00D818ED">
            <w:pPr>
              <w:rPr>
                <w:lang w:val="uk-UA"/>
              </w:rPr>
            </w:pPr>
          </w:p>
        </w:tc>
      </w:tr>
      <w:tr w:rsidR="00D818ED" w:rsidRPr="00106D9C" w:rsidTr="007506D1">
        <w:trPr>
          <w:trHeight w:val="782"/>
          <w:jc w:val="center"/>
        </w:trPr>
        <w:tc>
          <w:tcPr>
            <w:tcW w:w="4390" w:type="dxa"/>
            <w:shd w:val="clear" w:color="auto" w:fill="DBE5F1" w:themeFill="accent1" w:themeFillTint="33"/>
            <w:vAlign w:val="center"/>
          </w:tcPr>
          <w:p w:rsidR="00D818ED" w:rsidRPr="00367C15" w:rsidRDefault="00F60B13">
            <w:pPr>
              <w:rPr>
                <w:lang w:val="uk-UA"/>
              </w:rPr>
            </w:pPr>
            <w:r w:rsidRPr="00367C15">
              <w:rPr>
                <w:b/>
                <w:lang w:val="uk-UA"/>
              </w:rPr>
              <w:t>Статус платника податків: платник чи неплатник ПДВ</w:t>
            </w:r>
          </w:p>
        </w:tc>
        <w:tc>
          <w:tcPr>
            <w:tcW w:w="6378" w:type="dxa"/>
            <w:vAlign w:val="center"/>
          </w:tcPr>
          <w:p w:rsidR="00D818ED" w:rsidRPr="00367C15" w:rsidRDefault="00D818ED">
            <w:pPr>
              <w:rPr>
                <w:lang w:val="uk-UA"/>
              </w:rPr>
            </w:pPr>
          </w:p>
        </w:tc>
      </w:tr>
      <w:tr w:rsidR="00D818ED" w:rsidRPr="00367C15" w:rsidTr="007506D1">
        <w:trPr>
          <w:trHeight w:val="782"/>
          <w:jc w:val="center"/>
        </w:trPr>
        <w:tc>
          <w:tcPr>
            <w:tcW w:w="4390" w:type="dxa"/>
            <w:shd w:val="clear" w:color="auto" w:fill="DBE5F1" w:themeFill="accent1" w:themeFillTint="33"/>
            <w:vAlign w:val="center"/>
          </w:tcPr>
          <w:p w:rsidR="00D818ED" w:rsidRPr="00367C15" w:rsidRDefault="00F60B13">
            <w:pPr>
              <w:rPr>
                <w:lang w:val="uk-UA"/>
              </w:rPr>
            </w:pPr>
            <w:r w:rsidRPr="00367C15">
              <w:rPr>
                <w:b/>
                <w:lang w:val="uk-UA"/>
              </w:rPr>
              <w:t>Адреса (фізичне місцезнаходження)</w:t>
            </w:r>
          </w:p>
        </w:tc>
        <w:tc>
          <w:tcPr>
            <w:tcW w:w="6378" w:type="dxa"/>
            <w:vAlign w:val="center"/>
          </w:tcPr>
          <w:p w:rsidR="000345B7" w:rsidRPr="00367C15" w:rsidRDefault="000345B7">
            <w:pPr>
              <w:rPr>
                <w:lang w:val="uk-UA"/>
              </w:rPr>
            </w:pPr>
          </w:p>
        </w:tc>
      </w:tr>
      <w:tr w:rsidR="00D818ED" w:rsidRPr="00367C15" w:rsidTr="007506D1">
        <w:trPr>
          <w:trHeight w:val="782"/>
          <w:jc w:val="center"/>
        </w:trPr>
        <w:tc>
          <w:tcPr>
            <w:tcW w:w="4390" w:type="dxa"/>
            <w:shd w:val="clear" w:color="auto" w:fill="DBE5F1" w:themeFill="accent1" w:themeFillTint="33"/>
            <w:vAlign w:val="center"/>
          </w:tcPr>
          <w:p w:rsidR="00D818ED" w:rsidRPr="00367C15" w:rsidRDefault="00F60B13">
            <w:pPr>
              <w:rPr>
                <w:lang w:val="uk-UA"/>
              </w:rPr>
            </w:pPr>
            <w:r w:rsidRPr="00367C15">
              <w:rPr>
                <w:b/>
                <w:lang w:val="uk-UA"/>
              </w:rPr>
              <w:t>Телефон</w:t>
            </w:r>
          </w:p>
        </w:tc>
        <w:tc>
          <w:tcPr>
            <w:tcW w:w="6378" w:type="dxa"/>
            <w:vAlign w:val="center"/>
          </w:tcPr>
          <w:p w:rsidR="000345B7" w:rsidRPr="00367C15" w:rsidRDefault="000345B7">
            <w:pPr>
              <w:rPr>
                <w:lang w:val="uk-UA"/>
              </w:rPr>
            </w:pPr>
          </w:p>
        </w:tc>
      </w:tr>
      <w:tr w:rsidR="00D818ED" w:rsidRPr="00367C15" w:rsidTr="007506D1">
        <w:trPr>
          <w:trHeight w:val="782"/>
          <w:jc w:val="center"/>
        </w:trPr>
        <w:tc>
          <w:tcPr>
            <w:tcW w:w="4390" w:type="dxa"/>
            <w:shd w:val="clear" w:color="auto" w:fill="DBE5F1" w:themeFill="accent1" w:themeFillTint="33"/>
            <w:vAlign w:val="center"/>
          </w:tcPr>
          <w:p w:rsidR="00D818ED" w:rsidRPr="00367C15" w:rsidRDefault="00F60B13">
            <w:pPr>
              <w:rPr>
                <w:lang w:val="uk-UA"/>
              </w:rPr>
            </w:pPr>
            <w:r w:rsidRPr="00367C15">
              <w:rPr>
                <w:b/>
                <w:lang w:val="uk-UA"/>
              </w:rPr>
              <w:t>E-</w:t>
            </w:r>
            <w:proofErr w:type="spellStart"/>
            <w:r w:rsidRPr="00367C15">
              <w:rPr>
                <w:b/>
                <w:lang w:val="uk-UA"/>
              </w:rPr>
              <w:t>mail</w:t>
            </w:r>
            <w:proofErr w:type="spellEnd"/>
          </w:p>
        </w:tc>
        <w:tc>
          <w:tcPr>
            <w:tcW w:w="6378" w:type="dxa"/>
            <w:vAlign w:val="center"/>
          </w:tcPr>
          <w:p w:rsidR="000345B7" w:rsidRPr="00367C15" w:rsidRDefault="000345B7">
            <w:pPr>
              <w:rPr>
                <w:lang w:val="uk-UA"/>
              </w:rPr>
            </w:pPr>
          </w:p>
        </w:tc>
      </w:tr>
      <w:tr w:rsidR="00FF3BB4" w:rsidRPr="00106D9C" w:rsidTr="007506D1">
        <w:trPr>
          <w:jc w:val="center"/>
        </w:trPr>
        <w:tc>
          <w:tcPr>
            <w:tcW w:w="4390" w:type="dxa"/>
            <w:shd w:val="clear" w:color="auto" w:fill="DBE5F1" w:themeFill="accent1" w:themeFillTint="33"/>
            <w:vAlign w:val="center"/>
          </w:tcPr>
          <w:p w:rsidR="00FF3BB4" w:rsidRPr="00367C15" w:rsidRDefault="00FF3BB4" w:rsidP="00FF3BB4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Наявність ліцензії для перевезення пасажирів чи готовність її оформити до заключення Договору </w:t>
            </w:r>
          </w:p>
        </w:tc>
        <w:tc>
          <w:tcPr>
            <w:tcW w:w="6378" w:type="dxa"/>
            <w:vAlign w:val="center"/>
          </w:tcPr>
          <w:p w:rsidR="00FF3BB4" w:rsidRPr="00367C15" w:rsidRDefault="00FF3BB4">
            <w:pPr>
              <w:rPr>
                <w:lang w:val="uk-UA"/>
              </w:rPr>
            </w:pPr>
          </w:p>
        </w:tc>
      </w:tr>
      <w:tr w:rsidR="00FF3BB4" w:rsidRPr="00106D9C" w:rsidTr="007506D1">
        <w:trPr>
          <w:jc w:val="center"/>
        </w:trPr>
        <w:tc>
          <w:tcPr>
            <w:tcW w:w="4390" w:type="dxa"/>
            <w:shd w:val="clear" w:color="auto" w:fill="DBE5F1" w:themeFill="accent1" w:themeFillTint="33"/>
            <w:vAlign w:val="center"/>
          </w:tcPr>
          <w:p w:rsidR="00FF3BB4" w:rsidRPr="00FF3BB4" w:rsidRDefault="00FF3BB4" w:rsidP="00FF3BB4">
            <w:pPr>
              <w:rPr>
                <w:b/>
                <w:lang w:val="uk-UA"/>
              </w:rPr>
            </w:pPr>
            <w:r w:rsidRPr="00FF3BB4">
              <w:rPr>
                <w:b/>
                <w:lang w:val="uk-UA"/>
              </w:rPr>
              <w:t>Додаткова інформація на розсуд учасника</w:t>
            </w:r>
          </w:p>
        </w:tc>
        <w:tc>
          <w:tcPr>
            <w:tcW w:w="6378" w:type="dxa"/>
            <w:vAlign w:val="center"/>
          </w:tcPr>
          <w:p w:rsidR="00FF3BB4" w:rsidRPr="00367C15" w:rsidRDefault="00FF3BB4">
            <w:pPr>
              <w:rPr>
                <w:lang w:val="uk-UA"/>
              </w:rPr>
            </w:pPr>
          </w:p>
        </w:tc>
      </w:tr>
    </w:tbl>
    <w:p w:rsidR="007506D1" w:rsidRDefault="007506D1">
      <w:pPr>
        <w:spacing w:after="80"/>
        <w:jc w:val="center"/>
        <w:rPr>
          <w:b/>
          <w:sz w:val="24"/>
          <w:szCs w:val="24"/>
          <w:lang w:val="uk-UA"/>
        </w:rPr>
      </w:pPr>
    </w:p>
    <w:p w:rsidR="00D818ED" w:rsidRPr="00FF3BB4" w:rsidRDefault="00F60B13">
      <w:pPr>
        <w:spacing w:after="80"/>
        <w:jc w:val="center"/>
        <w:rPr>
          <w:sz w:val="24"/>
          <w:szCs w:val="24"/>
          <w:lang w:val="uk-UA"/>
        </w:rPr>
      </w:pPr>
      <w:r w:rsidRPr="00FF3BB4">
        <w:rPr>
          <w:b/>
          <w:sz w:val="24"/>
          <w:szCs w:val="24"/>
          <w:lang w:val="uk-UA"/>
        </w:rPr>
        <w:t>Перелік громад, до яких Учасник готовий здійснювати виїзди / організовувати перевезення</w:t>
      </w:r>
    </w:p>
    <w:p w:rsidR="00D818ED" w:rsidRPr="00FF3BB4" w:rsidRDefault="00F60B13" w:rsidP="000345B7">
      <w:pPr>
        <w:spacing w:after="80"/>
        <w:jc w:val="center"/>
        <w:rPr>
          <w:sz w:val="24"/>
          <w:szCs w:val="24"/>
          <w:lang w:val="uk-UA"/>
        </w:rPr>
      </w:pPr>
      <w:r w:rsidRPr="00FF3BB4">
        <w:rPr>
          <w:b/>
          <w:sz w:val="24"/>
          <w:szCs w:val="24"/>
          <w:lang w:val="uk-UA"/>
        </w:rPr>
        <w:t>Харківська область / м. Харків</w:t>
      </w:r>
    </w:p>
    <w:tbl>
      <w:tblPr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"/>
        <w:gridCol w:w="7358"/>
        <w:gridCol w:w="2974"/>
      </w:tblGrid>
      <w:tr w:rsidR="00D818ED" w:rsidRPr="00FF3BB4" w:rsidTr="005F3CF7">
        <w:trPr>
          <w:trHeight w:val="464"/>
          <w:tblHeader/>
          <w:jc w:val="center"/>
        </w:trPr>
        <w:tc>
          <w:tcPr>
            <w:tcW w:w="430" w:type="dxa"/>
            <w:shd w:val="clear" w:color="auto" w:fill="DBE5F1" w:themeFill="accent1" w:themeFillTint="33"/>
            <w:vAlign w:val="center"/>
          </w:tcPr>
          <w:p w:rsidR="00D818ED" w:rsidRPr="00FF3BB4" w:rsidRDefault="00F60B13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FF3BB4">
              <w:rPr>
                <w:rFonts w:cs="Times New Roman"/>
                <w:b/>
                <w:sz w:val="20"/>
                <w:szCs w:val="20"/>
                <w:lang w:val="uk-UA"/>
              </w:rPr>
              <w:t>№</w:t>
            </w:r>
          </w:p>
        </w:tc>
        <w:tc>
          <w:tcPr>
            <w:tcW w:w="7362" w:type="dxa"/>
            <w:shd w:val="clear" w:color="auto" w:fill="DBE5F1" w:themeFill="accent1" w:themeFillTint="33"/>
            <w:vAlign w:val="center"/>
          </w:tcPr>
          <w:p w:rsidR="00D818ED" w:rsidRPr="00FF3BB4" w:rsidRDefault="00F60B13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FF3BB4">
              <w:rPr>
                <w:rFonts w:cs="Times New Roman"/>
                <w:b/>
                <w:sz w:val="20"/>
                <w:szCs w:val="20"/>
                <w:lang w:val="uk-UA"/>
              </w:rPr>
              <w:t>Громада</w:t>
            </w:r>
          </w:p>
        </w:tc>
        <w:tc>
          <w:tcPr>
            <w:tcW w:w="2976" w:type="dxa"/>
            <w:shd w:val="clear" w:color="auto" w:fill="DBE5F1" w:themeFill="accent1" w:themeFillTint="33"/>
            <w:vAlign w:val="center"/>
          </w:tcPr>
          <w:p w:rsidR="00D818ED" w:rsidRPr="00FF3BB4" w:rsidRDefault="00F60B13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FF3BB4">
              <w:rPr>
                <w:rFonts w:cs="Times New Roman"/>
                <w:b/>
                <w:sz w:val="20"/>
                <w:szCs w:val="20"/>
                <w:lang w:val="uk-UA"/>
              </w:rPr>
              <w:t>Так / Ні</w:t>
            </w:r>
          </w:p>
        </w:tc>
      </w:tr>
      <w:tr w:rsidR="007506D1" w:rsidRPr="00FF3BB4" w:rsidTr="000345B7">
        <w:trPr>
          <w:trHeight w:val="227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Балаклійська</w:t>
            </w:r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2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Безлюдівська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3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Берестинська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4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Біляївська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5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Близнюківська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lastRenderedPageBreak/>
              <w:t>6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Богодухівська</w:t>
            </w:r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7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Валківська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8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Височанська</w:t>
            </w:r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9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Дергачівська</w:t>
            </w:r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10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Донецька</w:t>
            </w:r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11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Зачепилівська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12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Златопільська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13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Зміївська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14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Ізюмська</w:t>
            </w:r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15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Кегичівська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16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Коломацька</w:t>
            </w:r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17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Краснокутська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18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Лозівська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19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Люботинська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20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Мерефянська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21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Наталинська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22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Нововодолажська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23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Новопокровська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24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Південноміська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25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Пісочинська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26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Пролісненська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27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Роганська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28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Савинська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29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Сахновщинська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30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Слобожанська</w:t>
            </w:r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31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м. Харків</w:t>
            </w:r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4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32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Циркунівська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FF3BB4" w:rsidTr="000345B7">
        <w:trPr>
          <w:trHeight w:val="465"/>
          <w:jc w:val="center"/>
        </w:trPr>
        <w:tc>
          <w:tcPr>
            <w:tcW w:w="430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33</w:t>
            </w:r>
          </w:p>
        </w:tc>
        <w:tc>
          <w:tcPr>
            <w:tcW w:w="7362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Чугуївська</w:t>
            </w:r>
          </w:p>
        </w:tc>
        <w:tc>
          <w:tcPr>
            <w:tcW w:w="2976" w:type="dxa"/>
            <w:vAlign w:val="center"/>
          </w:tcPr>
          <w:p w:rsidR="007506D1" w:rsidRPr="00FF3BB4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</w:tbl>
    <w:p w:rsidR="002E4165" w:rsidRDefault="002E4165" w:rsidP="005F3CF7">
      <w:pPr>
        <w:spacing w:after="80"/>
        <w:jc w:val="center"/>
        <w:rPr>
          <w:b/>
          <w:sz w:val="24"/>
          <w:szCs w:val="24"/>
          <w:lang w:val="uk-UA"/>
        </w:rPr>
      </w:pPr>
    </w:p>
    <w:p w:rsidR="00D818ED" w:rsidRPr="00367C15" w:rsidRDefault="00F60B13" w:rsidP="005F3CF7">
      <w:pPr>
        <w:spacing w:after="80"/>
        <w:jc w:val="center"/>
        <w:rPr>
          <w:lang w:val="uk-UA"/>
        </w:rPr>
      </w:pPr>
      <w:r w:rsidRPr="000345B7">
        <w:rPr>
          <w:b/>
          <w:sz w:val="24"/>
          <w:szCs w:val="24"/>
          <w:lang w:val="uk-UA"/>
        </w:rPr>
        <w:lastRenderedPageBreak/>
        <w:t>Сумська область / м. Суми</w:t>
      </w:r>
    </w:p>
    <w:tbl>
      <w:tblPr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"/>
        <w:gridCol w:w="7362"/>
        <w:gridCol w:w="2970"/>
      </w:tblGrid>
      <w:tr w:rsidR="005F3CF7" w:rsidRPr="000345B7" w:rsidTr="005F3CF7">
        <w:trPr>
          <w:tblHeader/>
          <w:jc w:val="center"/>
        </w:trPr>
        <w:tc>
          <w:tcPr>
            <w:tcW w:w="417" w:type="dxa"/>
            <w:shd w:val="clear" w:color="auto" w:fill="DBE5F1" w:themeFill="accent1" w:themeFillTint="33"/>
            <w:vAlign w:val="center"/>
          </w:tcPr>
          <w:p w:rsidR="00D818ED" w:rsidRPr="000345B7" w:rsidRDefault="00F60B13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B7">
              <w:rPr>
                <w:rFonts w:cs="Times New Roman"/>
                <w:b/>
                <w:sz w:val="20"/>
                <w:szCs w:val="20"/>
                <w:lang w:val="uk-UA"/>
              </w:rPr>
              <w:t>№</w:t>
            </w:r>
          </w:p>
        </w:tc>
        <w:tc>
          <w:tcPr>
            <w:tcW w:w="7375" w:type="dxa"/>
            <w:shd w:val="clear" w:color="auto" w:fill="DBE5F1" w:themeFill="accent1" w:themeFillTint="33"/>
            <w:vAlign w:val="center"/>
          </w:tcPr>
          <w:p w:rsidR="00D818ED" w:rsidRPr="000345B7" w:rsidRDefault="00F60B13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B7">
              <w:rPr>
                <w:rFonts w:cs="Times New Roman"/>
                <w:b/>
                <w:sz w:val="20"/>
                <w:szCs w:val="20"/>
                <w:lang w:val="uk-UA"/>
              </w:rPr>
              <w:t>Громада</w:t>
            </w:r>
          </w:p>
        </w:tc>
        <w:tc>
          <w:tcPr>
            <w:tcW w:w="2976" w:type="dxa"/>
            <w:shd w:val="clear" w:color="auto" w:fill="DBE5F1" w:themeFill="accent1" w:themeFillTint="33"/>
            <w:vAlign w:val="center"/>
          </w:tcPr>
          <w:p w:rsidR="00D818ED" w:rsidRPr="000345B7" w:rsidRDefault="00F60B13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0345B7">
              <w:rPr>
                <w:rFonts w:cs="Times New Roman"/>
                <w:b/>
                <w:sz w:val="20"/>
                <w:szCs w:val="20"/>
                <w:lang w:val="uk-UA"/>
              </w:rPr>
              <w:t>Так / Ні</w:t>
            </w: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Андріяшівська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2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Боромлянська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3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Вільшанська</w:t>
            </w:r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4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Дубов’язівська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5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Кириківська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6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Конотопська</w:t>
            </w:r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7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Коровинська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8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Кролевецька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9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Лебединська</w:t>
            </w:r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10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Липоводолинська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11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Миколаївська</w:t>
            </w:r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12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Недригайлівська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13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Охтирська</w:t>
            </w:r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14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Попівська</w:t>
            </w:r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15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Роменська</w:t>
            </w:r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16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Синівська</w:t>
            </w:r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17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proofErr w:type="spellStart"/>
            <w:r w:rsidRPr="008A001E">
              <w:rPr>
                <w:rFonts w:cs="Times New Roman"/>
                <w:lang w:val="uk-UA"/>
              </w:rPr>
              <w:t>Степанівська</w:t>
            </w:r>
            <w:proofErr w:type="spellEnd"/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18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м. Суми</w:t>
            </w:r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  <w:tr w:rsidR="007506D1" w:rsidRPr="000345B7" w:rsidTr="000345B7">
        <w:trPr>
          <w:jc w:val="center"/>
        </w:trPr>
        <w:tc>
          <w:tcPr>
            <w:tcW w:w="417" w:type="dxa"/>
            <w:vAlign w:val="center"/>
          </w:tcPr>
          <w:p w:rsidR="007506D1" w:rsidRPr="008A001E" w:rsidRDefault="007506D1" w:rsidP="007506D1">
            <w:pPr>
              <w:spacing w:after="0"/>
              <w:jc w:val="center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19</w:t>
            </w:r>
          </w:p>
        </w:tc>
        <w:tc>
          <w:tcPr>
            <w:tcW w:w="7375" w:type="dxa"/>
            <w:vAlign w:val="center"/>
          </w:tcPr>
          <w:p w:rsidR="007506D1" w:rsidRPr="008A001E" w:rsidRDefault="007506D1" w:rsidP="007506D1">
            <w:pPr>
              <w:spacing w:after="0"/>
              <w:rPr>
                <w:rFonts w:cs="Times New Roman"/>
                <w:lang w:val="uk-UA"/>
              </w:rPr>
            </w:pPr>
            <w:r w:rsidRPr="008A001E">
              <w:rPr>
                <w:rFonts w:cs="Times New Roman"/>
                <w:lang w:val="uk-UA"/>
              </w:rPr>
              <w:t>Тростянецька</w:t>
            </w:r>
          </w:p>
        </w:tc>
        <w:tc>
          <w:tcPr>
            <w:tcW w:w="2976" w:type="dxa"/>
            <w:vAlign w:val="center"/>
          </w:tcPr>
          <w:p w:rsidR="007506D1" w:rsidRPr="000345B7" w:rsidRDefault="007506D1" w:rsidP="007506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</w:tr>
    </w:tbl>
    <w:p w:rsidR="005F3CF7" w:rsidRDefault="005F3CF7" w:rsidP="005F3CF7">
      <w:pPr>
        <w:pStyle w:val="a"/>
        <w:numPr>
          <w:ilvl w:val="0"/>
          <w:numId w:val="0"/>
        </w:numPr>
        <w:spacing w:after="60"/>
        <w:jc w:val="both"/>
        <w:rPr>
          <w:sz w:val="21"/>
          <w:lang w:val="uk-UA"/>
        </w:rPr>
      </w:pPr>
    </w:p>
    <w:p w:rsidR="005F3CF7" w:rsidRDefault="005F3CF7" w:rsidP="005F3CF7">
      <w:pPr>
        <w:pStyle w:val="a"/>
        <w:numPr>
          <w:ilvl w:val="0"/>
          <w:numId w:val="0"/>
        </w:numPr>
        <w:spacing w:after="60"/>
        <w:jc w:val="both"/>
        <w:rPr>
          <w:sz w:val="21"/>
          <w:lang w:val="uk-UA"/>
        </w:rPr>
      </w:pPr>
    </w:p>
    <w:p w:rsidR="00D818ED" w:rsidRPr="005F3CF7" w:rsidRDefault="00F60B13" w:rsidP="005F3CF7">
      <w:pPr>
        <w:pStyle w:val="a"/>
        <w:numPr>
          <w:ilvl w:val="0"/>
          <w:numId w:val="10"/>
        </w:numPr>
        <w:spacing w:after="60"/>
        <w:jc w:val="both"/>
        <w:rPr>
          <w:lang w:val="uk-UA"/>
        </w:rPr>
      </w:pPr>
      <w:r w:rsidRPr="005F3CF7">
        <w:rPr>
          <w:lang w:val="uk-UA"/>
        </w:rPr>
        <w:t>Ми надаємо свою тендерну пропозицію у відповідь на оголошення БО «БФ «Волонтери: Дорослі-Дітям» щодо Тендеру № 2026/0</w:t>
      </w:r>
      <w:r w:rsidR="007506D1">
        <w:rPr>
          <w:lang w:val="uk-UA"/>
        </w:rPr>
        <w:t>8</w:t>
      </w:r>
      <w:r w:rsidRPr="005F3CF7">
        <w:rPr>
          <w:lang w:val="uk-UA"/>
        </w:rPr>
        <w:t>/</w:t>
      </w:r>
      <w:r w:rsidR="007506D1">
        <w:rPr>
          <w:lang w:val="uk-UA"/>
        </w:rPr>
        <w:t>13</w:t>
      </w:r>
      <w:r w:rsidRPr="005F3CF7">
        <w:rPr>
          <w:lang w:val="uk-UA"/>
        </w:rPr>
        <w:t xml:space="preserve">-1 ВС від </w:t>
      </w:r>
      <w:r w:rsidR="007506D1">
        <w:rPr>
          <w:lang w:val="uk-UA"/>
        </w:rPr>
        <w:t>13</w:t>
      </w:r>
      <w:r w:rsidRPr="005F3CF7">
        <w:rPr>
          <w:lang w:val="uk-UA"/>
        </w:rPr>
        <w:t>.0</w:t>
      </w:r>
      <w:r w:rsidR="007506D1">
        <w:rPr>
          <w:lang w:val="uk-UA"/>
        </w:rPr>
        <w:t>8</w:t>
      </w:r>
      <w:r w:rsidRPr="005F3CF7">
        <w:rPr>
          <w:lang w:val="uk-UA"/>
        </w:rPr>
        <w:t>.2026 року, відповідно до технічних та інших вимог Замовника.</w:t>
      </w:r>
    </w:p>
    <w:p w:rsidR="00D818ED" w:rsidRPr="005F3CF7" w:rsidRDefault="00F60B13" w:rsidP="005F3CF7">
      <w:pPr>
        <w:pStyle w:val="a"/>
        <w:numPr>
          <w:ilvl w:val="0"/>
          <w:numId w:val="10"/>
        </w:numPr>
        <w:spacing w:after="60"/>
        <w:jc w:val="both"/>
        <w:rPr>
          <w:lang w:val="uk-UA"/>
        </w:rPr>
      </w:pPr>
      <w:r w:rsidRPr="005F3CF7">
        <w:rPr>
          <w:lang w:val="uk-UA"/>
        </w:rPr>
        <w:t>Після ознайомлення з тендерною документацією ми зобов’язуємося виконувати всі зобов’язання згідно з умовами Замовника та зазначеною в нашій пропозиції ціною. У вартість нашої пропозиції включено всі витрати, податки, збори та інші обов’язкові платежі відповідно до законодавства України.</w:t>
      </w:r>
    </w:p>
    <w:p w:rsidR="00D818ED" w:rsidRPr="005F3CF7" w:rsidRDefault="00F60B13" w:rsidP="005F3CF7">
      <w:pPr>
        <w:pStyle w:val="a"/>
        <w:numPr>
          <w:ilvl w:val="0"/>
          <w:numId w:val="10"/>
        </w:numPr>
        <w:spacing w:after="60"/>
        <w:jc w:val="both"/>
        <w:rPr>
          <w:lang w:val="uk-UA"/>
        </w:rPr>
      </w:pPr>
      <w:r w:rsidRPr="005F3CF7">
        <w:rPr>
          <w:lang w:val="uk-UA"/>
        </w:rPr>
        <w:t>Підтверджуємо, що наша підприємницька діяльність не перебуває в стані ліквідації чи банкрутства, не зупинена, щодо неї не відкрито судове провадження, не укладено угод з кредиторами.</w:t>
      </w:r>
    </w:p>
    <w:p w:rsidR="00D818ED" w:rsidRPr="005F3CF7" w:rsidRDefault="00F60B13" w:rsidP="005F3CF7">
      <w:pPr>
        <w:pStyle w:val="a"/>
        <w:numPr>
          <w:ilvl w:val="0"/>
          <w:numId w:val="10"/>
        </w:numPr>
        <w:spacing w:after="60"/>
        <w:jc w:val="both"/>
        <w:rPr>
          <w:lang w:val="uk-UA"/>
        </w:rPr>
      </w:pPr>
      <w:r w:rsidRPr="005F3CF7">
        <w:rPr>
          <w:lang w:val="uk-UA"/>
        </w:rPr>
        <w:t xml:space="preserve">Підтверджуємо, що не існує обставин конфлікту інтересів між нами та Замовником, зокрема родинних, емоційних, політичних, економічних чи інших </w:t>
      </w:r>
      <w:proofErr w:type="spellStart"/>
      <w:r w:rsidRPr="005F3CF7">
        <w:rPr>
          <w:lang w:val="uk-UA"/>
        </w:rPr>
        <w:t>зв’язків</w:t>
      </w:r>
      <w:proofErr w:type="spellEnd"/>
      <w:r w:rsidRPr="005F3CF7">
        <w:rPr>
          <w:lang w:val="uk-UA"/>
        </w:rPr>
        <w:t>, які можуть вплинути на об’єктивність закупівлі.</w:t>
      </w:r>
    </w:p>
    <w:p w:rsidR="00D818ED" w:rsidRPr="005F3CF7" w:rsidRDefault="00F60B13" w:rsidP="005F3CF7">
      <w:pPr>
        <w:pStyle w:val="a"/>
        <w:numPr>
          <w:ilvl w:val="0"/>
          <w:numId w:val="10"/>
        </w:numPr>
        <w:spacing w:after="60"/>
        <w:jc w:val="both"/>
        <w:rPr>
          <w:lang w:val="uk-UA"/>
        </w:rPr>
      </w:pPr>
      <w:r w:rsidRPr="005F3CF7">
        <w:rPr>
          <w:lang w:val="uk-UA"/>
        </w:rPr>
        <w:t>Ми зобов’язуємося дотримуватись умов цієї пропозиції протягом усього строку її дії. Пропозиція є для нас обов’язковою.</w:t>
      </w:r>
    </w:p>
    <w:p w:rsidR="00D818ED" w:rsidRPr="005F3CF7" w:rsidRDefault="00F60B13" w:rsidP="005F3CF7">
      <w:pPr>
        <w:pStyle w:val="a"/>
        <w:numPr>
          <w:ilvl w:val="0"/>
          <w:numId w:val="10"/>
        </w:numPr>
        <w:spacing w:after="60"/>
        <w:jc w:val="both"/>
        <w:rPr>
          <w:lang w:val="uk-UA"/>
        </w:rPr>
      </w:pPr>
      <w:r w:rsidRPr="005F3CF7">
        <w:rPr>
          <w:lang w:val="uk-UA"/>
        </w:rPr>
        <w:t>У разі обрання нашої пропозиції зобов’язуємося укласти договір у строк не пізніше ніж 7 робочих днів з моменту отримання повідомлення про намір укласти договір.</w:t>
      </w:r>
    </w:p>
    <w:p w:rsidR="00D818ED" w:rsidRPr="005F3CF7" w:rsidRDefault="00F60B13" w:rsidP="005F3CF7">
      <w:pPr>
        <w:pStyle w:val="a"/>
        <w:numPr>
          <w:ilvl w:val="0"/>
          <w:numId w:val="10"/>
        </w:numPr>
        <w:spacing w:after="60"/>
        <w:jc w:val="both"/>
        <w:rPr>
          <w:lang w:val="uk-UA"/>
        </w:rPr>
      </w:pPr>
      <w:r w:rsidRPr="005F3CF7">
        <w:rPr>
          <w:lang w:val="uk-UA"/>
        </w:rPr>
        <w:lastRenderedPageBreak/>
        <w:t>Усвідомлюємо та погоджуємося, що у разі виникнення суперечностей або питань, які не врегульовані умовами запиту, остаточне рішення приймається Замовником і не підлягає оскарженню.</w:t>
      </w:r>
    </w:p>
    <w:p w:rsidR="00D818ED" w:rsidRPr="005F3CF7" w:rsidRDefault="00F60B13" w:rsidP="005F3CF7">
      <w:pPr>
        <w:pStyle w:val="a"/>
        <w:numPr>
          <w:ilvl w:val="0"/>
          <w:numId w:val="10"/>
        </w:numPr>
        <w:spacing w:after="60"/>
        <w:jc w:val="both"/>
        <w:rPr>
          <w:lang w:val="uk-UA"/>
        </w:rPr>
      </w:pPr>
      <w:r w:rsidRPr="005F3CF7">
        <w:rPr>
          <w:lang w:val="uk-UA"/>
        </w:rPr>
        <w:t>Підтверджуємо, що всі надані відомості є конфіденційними та можуть передаватися Замовником або третіми сторонами, залученими ним, виключно з метою аналізу, перевірки, аудиту, проведення закупівлі, сплати податків, отримання дозволів або у випадку вимоги контролюючих органів.</w:t>
      </w:r>
    </w:p>
    <w:p w:rsidR="00D818ED" w:rsidRPr="005F3CF7" w:rsidRDefault="00F60B13" w:rsidP="005F3CF7">
      <w:pPr>
        <w:pStyle w:val="a"/>
        <w:numPr>
          <w:ilvl w:val="0"/>
          <w:numId w:val="10"/>
        </w:numPr>
        <w:spacing w:after="60"/>
        <w:jc w:val="both"/>
        <w:rPr>
          <w:lang w:val="uk-UA"/>
        </w:rPr>
      </w:pPr>
      <w:r w:rsidRPr="005F3CF7">
        <w:rPr>
          <w:lang w:val="uk-UA"/>
        </w:rPr>
        <w:t>Розуміємо і визнаємо, що результати закупівлі, а також інформація, отримана в процесі тендеру, є конфіденційною інформацією Замовника і підлягає захисту відповідно до чинного законодавства.</w:t>
      </w:r>
    </w:p>
    <w:p w:rsidR="00D818ED" w:rsidRPr="000345B7" w:rsidRDefault="00F60B13" w:rsidP="005F3CF7">
      <w:pPr>
        <w:pStyle w:val="a"/>
        <w:numPr>
          <w:ilvl w:val="0"/>
          <w:numId w:val="10"/>
        </w:numPr>
        <w:spacing w:after="60"/>
        <w:jc w:val="both"/>
        <w:rPr>
          <w:lang w:val="uk-UA"/>
        </w:rPr>
      </w:pPr>
      <w:r w:rsidRPr="005F3CF7">
        <w:rPr>
          <w:lang w:val="uk-UA"/>
        </w:rPr>
        <w:t>Подаючи документи для участі у тендері, ми підтверджуємо наше розуміння і згоду з тим, що організатор має право відхилити нашу пропозицію, якщо інші учасники запропонують вигідніші умови, і не зобов’язаний надавати нам обґрунтування свого рішення</w:t>
      </w:r>
      <w:r w:rsidRPr="00367C15">
        <w:rPr>
          <w:sz w:val="21"/>
          <w:lang w:val="uk-UA"/>
        </w:rPr>
        <w:t>.</w:t>
      </w:r>
    </w:p>
    <w:p w:rsidR="000345B7" w:rsidRPr="00367C15" w:rsidRDefault="000345B7" w:rsidP="000345B7">
      <w:pPr>
        <w:pStyle w:val="a"/>
        <w:numPr>
          <w:ilvl w:val="0"/>
          <w:numId w:val="0"/>
        </w:numPr>
        <w:spacing w:after="60"/>
        <w:ind w:left="360"/>
        <w:rPr>
          <w:lang w:val="uk-UA"/>
        </w:rPr>
      </w:pPr>
    </w:p>
    <w:p w:rsidR="00D818ED" w:rsidRPr="00367C15" w:rsidRDefault="00F60B13" w:rsidP="000345B7">
      <w:pPr>
        <w:spacing w:after="80"/>
        <w:jc w:val="center"/>
        <w:rPr>
          <w:lang w:val="uk-UA"/>
        </w:rPr>
      </w:pPr>
      <w:r w:rsidRPr="00367C15">
        <w:rPr>
          <w:sz w:val="21"/>
          <w:lang w:val="uk-UA"/>
        </w:rPr>
        <w:t xml:space="preserve">______________   </w:t>
      </w:r>
      <w:r w:rsidR="000345B7">
        <w:rPr>
          <w:sz w:val="21"/>
          <w:lang w:val="uk-UA"/>
        </w:rPr>
        <w:t xml:space="preserve">    </w:t>
      </w:r>
      <w:r w:rsidRPr="00367C15">
        <w:rPr>
          <w:sz w:val="21"/>
          <w:lang w:val="uk-UA"/>
        </w:rPr>
        <w:t xml:space="preserve"> _____________________   </w:t>
      </w:r>
      <w:r w:rsidR="000345B7">
        <w:rPr>
          <w:sz w:val="21"/>
          <w:lang w:val="uk-UA"/>
        </w:rPr>
        <w:t xml:space="preserve">    </w:t>
      </w:r>
      <w:r w:rsidRPr="00367C15">
        <w:rPr>
          <w:sz w:val="21"/>
          <w:lang w:val="uk-UA"/>
        </w:rPr>
        <w:t xml:space="preserve"> ____________________________________</w:t>
      </w:r>
    </w:p>
    <w:p w:rsidR="00D818ED" w:rsidRPr="00367C15" w:rsidRDefault="00F60B13" w:rsidP="000345B7">
      <w:pPr>
        <w:spacing w:after="80"/>
        <w:ind w:left="720" w:firstLine="720"/>
        <w:rPr>
          <w:lang w:val="uk-UA"/>
        </w:rPr>
      </w:pPr>
      <w:r w:rsidRPr="00367C15">
        <w:rPr>
          <w:sz w:val="19"/>
          <w:lang w:val="uk-UA"/>
        </w:rPr>
        <w:t xml:space="preserve">(дата)                </w:t>
      </w:r>
      <w:r w:rsidR="000345B7">
        <w:rPr>
          <w:sz w:val="19"/>
          <w:lang w:val="uk-UA"/>
        </w:rPr>
        <w:tab/>
      </w:r>
      <w:r w:rsidR="000345B7">
        <w:rPr>
          <w:sz w:val="19"/>
          <w:lang w:val="uk-UA"/>
        </w:rPr>
        <w:tab/>
      </w:r>
      <w:r w:rsidR="000345B7">
        <w:rPr>
          <w:sz w:val="19"/>
          <w:lang w:val="uk-UA"/>
        </w:rPr>
        <w:tab/>
      </w:r>
      <w:r w:rsidRPr="00367C15">
        <w:rPr>
          <w:sz w:val="19"/>
          <w:lang w:val="uk-UA"/>
        </w:rPr>
        <w:t xml:space="preserve"> (підпис)                       </w:t>
      </w:r>
      <w:r w:rsidR="000345B7">
        <w:rPr>
          <w:sz w:val="19"/>
          <w:lang w:val="uk-UA"/>
        </w:rPr>
        <w:tab/>
      </w:r>
      <w:r w:rsidR="000345B7">
        <w:rPr>
          <w:sz w:val="19"/>
          <w:lang w:val="uk-UA"/>
        </w:rPr>
        <w:tab/>
      </w:r>
      <w:r w:rsidRPr="00367C15">
        <w:rPr>
          <w:sz w:val="19"/>
          <w:lang w:val="uk-UA"/>
        </w:rPr>
        <w:t xml:space="preserve">  (ПІБ)</w:t>
      </w:r>
    </w:p>
    <w:p w:rsidR="00D818ED" w:rsidRPr="00367C15" w:rsidRDefault="00F60B13" w:rsidP="000345B7">
      <w:pPr>
        <w:spacing w:after="80"/>
        <w:ind w:left="2880" w:firstLine="720"/>
        <w:rPr>
          <w:lang w:val="uk-UA"/>
        </w:rPr>
      </w:pPr>
      <w:proofErr w:type="spellStart"/>
      <w:r w:rsidRPr="00367C15">
        <w:rPr>
          <w:sz w:val="19"/>
          <w:lang w:val="uk-UA"/>
        </w:rPr>
        <w:t>м.п</w:t>
      </w:r>
      <w:proofErr w:type="spellEnd"/>
      <w:r w:rsidRPr="00367C15">
        <w:rPr>
          <w:sz w:val="19"/>
          <w:lang w:val="uk-UA"/>
        </w:rPr>
        <w:t>. (у разі використання)</w:t>
      </w:r>
    </w:p>
    <w:p w:rsidR="00D818ED" w:rsidRPr="00367C15" w:rsidRDefault="00F60B13">
      <w:pPr>
        <w:rPr>
          <w:lang w:val="uk-UA"/>
        </w:rPr>
      </w:pPr>
      <w:r w:rsidRPr="00367C15">
        <w:rPr>
          <w:lang w:val="uk-UA"/>
        </w:rPr>
        <w:br w:type="page"/>
      </w:r>
    </w:p>
    <w:p w:rsidR="007506D1" w:rsidRPr="008A001E" w:rsidRDefault="00F60B13" w:rsidP="007506D1">
      <w:pPr>
        <w:keepNext/>
        <w:spacing w:before="120" w:after="60"/>
        <w:jc w:val="center"/>
        <w:rPr>
          <w:lang w:val="uk-UA"/>
        </w:rPr>
      </w:pPr>
      <w:r w:rsidRPr="00367C15">
        <w:rPr>
          <w:b/>
          <w:sz w:val="28"/>
          <w:lang w:val="uk-UA"/>
        </w:rPr>
        <w:lastRenderedPageBreak/>
        <w:t xml:space="preserve">СПЕЦИФІКАЦІЯ </w:t>
      </w:r>
      <w:r w:rsidR="007506D1" w:rsidRPr="008A001E">
        <w:rPr>
          <w:b/>
          <w:sz w:val="28"/>
          <w:lang w:val="uk-UA"/>
        </w:rPr>
        <w:t>ЛОТ 1.1</w:t>
      </w:r>
    </w:p>
    <w:p w:rsidR="007506D1" w:rsidRPr="008A001E" w:rsidRDefault="007506D1" w:rsidP="007506D1">
      <w:pPr>
        <w:keepNext/>
        <w:spacing w:after="120"/>
        <w:jc w:val="center"/>
        <w:rPr>
          <w:lang w:val="uk-UA"/>
        </w:rPr>
      </w:pPr>
      <w:r w:rsidRPr="008A001E">
        <w:rPr>
          <w:b/>
          <w:sz w:val="24"/>
          <w:lang w:val="uk-UA"/>
        </w:rPr>
        <w:t>Послуги внутрішніх перевезень пасажирів легковими автомобілями на замовлення — Харківська область та м. Харків</w:t>
      </w:r>
    </w:p>
    <w:p w:rsidR="00D818ED" w:rsidRDefault="00F60B13" w:rsidP="003C3F7C">
      <w:pPr>
        <w:spacing w:before="120" w:after="160"/>
        <w:jc w:val="center"/>
        <w:rPr>
          <w:i/>
          <w:sz w:val="24"/>
          <w:szCs w:val="24"/>
          <w:lang w:val="uk-UA"/>
        </w:rPr>
      </w:pPr>
      <w:r w:rsidRPr="000345B7">
        <w:rPr>
          <w:i/>
          <w:sz w:val="24"/>
          <w:szCs w:val="24"/>
          <w:lang w:val="uk-UA"/>
        </w:rPr>
        <w:t>Послуги надаються для громад від</w:t>
      </w:r>
      <w:r w:rsidR="003C3F7C">
        <w:rPr>
          <w:i/>
          <w:sz w:val="24"/>
          <w:szCs w:val="24"/>
          <w:lang w:val="uk-UA"/>
        </w:rPr>
        <w:t>повід</w:t>
      </w:r>
      <w:r w:rsidRPr="000345B7">
        <w:rPr>
          <w:i/>
          <w:sz w:val="24"/>
          <w:szCs w:val="24"/>
          <w:lang w:val="uk-UA"/>
        </w:rPr>
        <w:t>ної області</w:t>
      </w:r>
      <w:r w:rsidR="005F3CF7">
        <w:rPr>
          <w:i/>
          <w:sz w:val="24"/>
          <w:szCs w:val="24"/>
          <w:lang w:val="uk-UA"/>
        </w:rPr>
        <w:t>,</w:t>
      </w:r>
      <w:r w:rsidRPr="000345B7">
        <w:rPr>
          <w:i/>
          <w:sz w:val="24"/>
          <w:szCs w:val="24"/>
          <w:lang w:val="uk-UA"/>
        </w:rPr>
        <w:t xml:space="preserve"> згідно з переліком у </w:t>
      </w:r>
      <w:r w:rsidR="000345B7" w:rsidRPr="000345B7">
        <w:rPr>
          <w:i/>
          <w:sz w:val="24"/>
          <w:szCs w:val="24"/>
          <w:lang w:val="uk-UA"/>
        </w:rPr>
        <w:t>Додатку №1</w:t>
      </w:r>
      <w:r w:rsidR="003C3F7C">
        <w:rPr>
          <w:i/>
          <w:sz w:val="24"/>
          <w:szCs w:val="24"/>
          <w:lang w:val="uk-UA"/>
        </w:rPr>
        <w:t xml:space="preserve"> заповненої </w:t>
      </w:r>
      <w:r w:rsidRPr="000345B7">
        <w:rPr>
          <w:i/>
          <w:sz w:val="24"/>
          <w:szCs w:val="24"/>
          <w:lang w:val="uk-UA"/>
        </w:rPr>
        <w:t>тендерн</w:t>
      </w:r>
      <w:r w:rsidR="003C3F7C">
        <w:rPr>
          <w:i/>
          <w:sz w:val="24"/>
          <w:szCs w:val="24"/>
          <w:lang w:val="uk-UA"/>
        </w:rPr>
        <w:t>ої</w:t>
      </w:r>
      <w:r w:rsidRPr="000345B7">
        <w:rPr>
          <w:i/>
          <w:sz w:val="24"/>
          <w:szCs w:val="24"/>
          <w:lang w:val="uk-UA"/>
        </w:rPr>
        <w:t xml:space="preserve"> формі. </w:t>
      </w:r>
    </w:p>
    <w:p w:rsidR="007506D1" w:rsidRPr="008A001E" w:rsidRDefault="007506D1" w:rsidP="007506D1">
      <w:pPr>
        <w:spacing w:after="100"/>
        <w:jc w:val="both"/>
        <w:rPr>
          <w:lang w:val="uk-UA"/>
        </w:rPr>
      </w:pPr>
      <w:r w:rsidRPr="008A001E">
        <w:rPr>
          <w:sz w:val="24"/>
          <w:lang w:val="uk-UA"/>
        </w:rPr>
        <w:t>Вид транспорту: легкові автомобілі на замовлення. Учасник зазначає окремий рядок для кожної марки/моделі транспорту, за якою пропонується окремий тариф. За потреби кількість рядків може бути збільшена.</w:t>
      </w:r>
    </w:p>
    <w:p w:rsidR="007506D1" w:rsidRPr="008A001E" w:rsidRDefault="007506D1" w:rsidP="007506D1">
      <w:pPr>
        <w:keepNext/>
        <w:spacing w:after="60"/>
        <w:jc w:val="both"/>
        <w:rPr>
          <w:lang w:val="uk-UA"/>
        </w:rPr>
      </w:pPr>
      <w:r w:rsidRPr="008A001E">
        <w:rPr>
          <w:b/>
          <w:sz w:val="24"/>
          <w:lang w:val="uk-UA"/>
        </w:rPr>
        <w:t>1. Відомості про запропонований транспорт</w:t>
      </w:r>
    </w:p>
    <w:tbl>
      <w:tblPr>
        <w:tblStyle w:val="aff0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4111"/>
        <w:gridCol w:w="1276"/>
        <w:gridCol w:w="1271"/>
        <w:gridCol w:w="3118"/>
      </w:tblGrid>
      <w:tr w:rsidR="007506D1" w:rsidRPr="008A001E" w:rsidTr="008A2A84">
        <w:trPr>
          <w:tblHeader/>
          <w:jc w:val="center"/>
        </w:trPr>
        <w:tc>
          <w:tcPr>
            <w:tcW w:w="992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№</w:t>
            </w:r>
          </w:p>
        </w:tc>
        <w:tc>
          <w:tcPr>
            <w:tcW w:w="4111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Марка, модель</w:t>
            </w:r>
          </w:p>
        </w:tc>
        <w:tc>
          <w:tcPr>
            <w:tcW w:w="1276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Рік випуску</w:t>
            </w:r>
          </w:p>
        </w:tc>
        <w:tc>
          <w:tcPr>
            <w:tcW w:w="1271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Вид транспорту</w:t>
            </w:r>
          </w:p>
        </w:tc>
        <w:tc>
          <w:tcPr>
            <w:tcW w:w="3118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Орієнтовна кількість доступних ТЗ</w:t>
            </w:r>
          </w:p>
        </w:tc>
      </w:tr>
      <w:tr w:rsidR="007506D1" w:rsidRPr="008A001E" w:rsidTr="008A2A84">
        <w:trPr>
          <w:cantSplit/>
          <w:jc w:val="center"/>
        </w:trPr>
        <w:tc>
          <w:tcPr>
            <w:tcW w:w="99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1</w:t>
            </w:r>
          </w:p>
        </w:tc>
        <w:tc>
          <w:tcPr>
            <w:tcW w:w="411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27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31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  <w:tr w:rsidR="007506D1" w:rsidRPr="008A001E" w:rsidTr="008A2A84">
        <w:trPr>
          <w:cantSplit/>
          <w:jc w:val="center"/>
        </w:trPr>
        <w:tc>
          <w:tcPr>
            <w:tcW w:w="99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2</w:t>
            </w:r>
          </w:p>
        </w:tc>
        <w:tc>
          <w:tcPr>
            <w:tcW w:w="411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27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31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  <w:tr w:rsidR="007506D1" w:rsidRPr="008A001E" w:rsidTr="008A2A84">
        <w:trPr>
          <w:cantSplit/>
          <w:jc w:val="center"/>
        </w:trPr>
        <w:tc>
          <w:tcPr>
            <w:tcW w:w="99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3</w:t>
            </w:r>
          </w:p>
        </w:tc>
        <w:tc>
          <w:tcPr>
            <w:tcW w:w="411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27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31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  <w:tr w:rsidR="007506D1" w:rsidRPr="008A001E" w:rsidTr="008A2A84">
        <w:trPr>
          <w:cantSplit/>
          <w:jc w:val="center"/>
        </w:trPr>
        <w:tc>
          <w:tcPr>
            <w:tcW w:w="99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4</w:t>
            </w:r>
          </w:p>
        </w:tc>
        <w:tc>
          <w:tcPr>
            <w:tcW w:w="411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27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31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</w:tbl>
    <w:p w:rsidR="007506D1" w:rsidRPr="008A001E" w:rsidRDefault="007506D1" w:rsidP="007506D1">
      <w:pPr>
        <w:keepNext/>
        <w:spacing w:before="100" w:after="60"/>
        <w:jc w:val="both"/>
        <w:rPr>
          <w:lang w:val="uk-UA"/>
        </w:rPr>
      </w:pPr>
      <w:r w:rsidRPr="008A001E">
        <w:rPr>
          <w:b/>
          <w:sz w:val="24"/>
          <w:lang w:val="uk-UA"/>
        </w:rPr>
        <w:t>2. Цінова пропозиція за кожною тарифною позицією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2126"/>
        <w:gridCol w:w="1985"/>
        <w:gridCol w:w="1559"/>
        <w:gridCol w:w="2551"/>
      </w:tblGrid>
      <w:tr w:rsidR="007506D1" w:rsidRPr="008A001E" w:rsidTr="00340129">
        <w:trPr>
          <w:tblHeader/>
          <w:jc w:val="center"/>
        </w:trPr>
        <w:tc>
          <w:tcPr>
            <w:tcW w:w="988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№ позиції</w:t>
            </w:r>
          </w:p>
        </w:tc>
        <w:tc>
          <w:tcPr>
            <w:tcW w:w="1559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Тариф за 1 км, грн/км</w:t>
            </w:r>
          </w:p>
        </w:tc>
        <w:tc>
          <w:tcPr>
            <w:tcW w:w="2126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Очікування, грн/год</w:t>
            </w:r>
          </w:p>
        </w:tc>
        <w:tc>
          <w:tcPr>
            <w:tcW w:w="1985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Мінімальна вартість поїздки, грн/день</w:t>
            </w:r>
          </w:p>
        </w:tc>
        <w:tc>
          <w:tcPr>
            <w:tcW w:w="1559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Умови оплати</w:t>
            </w:r>
          </w:p>
        </w:tc>
        <w:tc>
          <w:tcPr>
            <w:tcW w:w="2551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Строк подання заявки Замовником</w:t>
            </w:r>
          </w:p>
        </w:tc>
      </w:tr>
      <w:tr w:rsidR="007506D1" w:rsidRPr="008A001E" w:rsidTr="00340129">
        <w:trPr>
          <w:cantSplit/>
          <w:jc w:val="center"/>
        </w:trPr>
        <w:tc>
          <w:tcPr>
            <w:tcW w:w="98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1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98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5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  <w:tr w:rsidR="007506D1" w:rsidRPr="008A001E" w:rsidTr="00340129">
        <w:trPr>
          <w:cantSplit/>
          <w:jc w:val="center"/>
        </w:trPr>
        <w:tc>
          <w:tcPr>
            <w:tcW w:w="98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2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98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5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  <w:tr w:rsidR="007506D1" w:rsidRPr="008A001E" w:rsidTr="00340129">
        <w:trPr>
          <w:cantSplit/>
          <w:jc w:val="center"/>
        </w:trPr>
        <w:tc>
          <w:tcPr>
            <w:tcW w:w="98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3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98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5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  <w:tr w:rsidR="007506D1" w:rsidRPr="008A001E" w:rsidTr="00340129">
        <w:trPr>
          <w:cantSplit/>
          <w:jc w:val="center"/>
        </w:trPr>
        <w:tc>
          <w:tcPr>
            <w:tcW w:w="98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4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98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5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  <w:tr w:rsidR="007506D1" w:rsidRPr="008A001E" w:rsidTr="00340129">
        <w:trPr>
          <w:cantSplit/>
          <w:jc w:val="center"/>
        </w:trPr>
        <w:tc>
          <w:tcPr>
            <w:tcW w:w="98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5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98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5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  <w:tr w:rsidR="007506D1" w:rsidRPr="008A001E" w:rsidTr="00340129">
        <w:trPr>
          <w:cantSplit/>
          <w:jc w:val="center"/>
        </w:trPr>
        <w:tc>
          <w:tcPr>
            <w:tcW w:w="98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6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98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5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</w:tbl>
    <w:p w:rsidR="007506D1" w:rsidRPr="008A001E" w:rsidRDefault="007506D1" w:rsidP="007506D1">
      <w:pPr>
        <w:spacing w:before="80" w:after="60"/>
        <w:jc w:val="both"/>
        <w:rPr>
          <w:lang w:val="uk-UA"/>
        </w:rPr>
      </w:pPr>
      <w:r w:rsidRPr="008A001E">
        <w:rPr>
          <w:i/>
          <w:sz w:val="20"/>
          <w:lang w:val="uk-UA"/>
        </w:rPr>
        <w:t>Вартість повинна включати паливо, технічне обслуговування, оплату послуг водія, можливий простій, податки, збори та всі інші витрати, необхідні для належного надання послуг.</w:t>
      </w:r>
    </w:p>
    <w:p w:rsidR="007506D1" w:rsidRPr="008A001E" w:rsidRDefault="007506D1" w:rsidP="007506D1">
      <w:pPr>
        <w:spacing w:after="100"/>
        <w:jc w:val="both"/>
        <w:rPr>
          <w:lang w:val="uk-UA"/>
        </w:rPr>
      </w:pPr>
      <w:r w:rsidRPr="008A001E">
        <w:rPr>
          <w:sz w:val="20"/>
          <w:lang w:val="uk-UA"/>
        </w:rPr>
        <w:t xml:space="preserve">Підтверджую достовірність заявлених відомостей про вид транспортних засобів, а також наявність чинної ліцензії на вид перевезень, що відповідає цьому лоту. У разі визначення переможцем зобов’язуюся до укладення договору надати щодо кожного транспортного засобу, який планується залучати: копію свідоцтва про реєстрацію, державний номерний знак, VIN-код та підтвердження внесення транспортного засобу до відомостей ліцензіата </w:t>
      </w:r>
      <w:proofErr w:type="spellStart"/>
      <w:r w:rsidRPr="008A001E">
        <w:rPr>
          <w:sz w:val="20"/>
          <w:lang w:val="uk-UA"/>
        </w:rPr>
        <w:t>Укртрансбезпеки</w:t>
      </w:r>
      <w:proofErr w:type="spellEnd"/>
      <w:r w:rsidRPr="008A001E">
        <w:rPr>
          <w:sz w:val="20"/>
          <w:lang w:val="uk-UA"/>
        </w:rPr>
        <w:t>. Зазначені підтвердні документи не подаються у складі первинної тендерної пропозиції.</w:t>
      </w:r>
    </w:p>
    <w:p w:rsidR="007506D1" w:rsidRPr="008A001E" w:rsidRDefault="008A2A84" w:rsidP="007506D1">
      <w:pPr>
        <w:spacing w:after="40"/>
        <w:jc w:val="both"/>
        <w:rPr>
          <w:lang w:val="uk-UA"/>
        </w:rPr>
      </w:pPr>
      <w:r>
        <w:rPr>
          <w:sz w:val="20"/>
          <w:lang w:val="uk-UA"/>
        </w:rPr>
        <w:br/>
      </w:r>
      <w:r w:rsidR="007506D1" w:rsidRPr="008A001E">
        <w:rPr>
          <w:sz w:val="20"/>
          <w:lang w:val="uk-UA"/>
        </w:rPr>
        <w:t>Дата: ____________    Підпис: ____________________    ПІБ: ______________________________</w:t>
      </w:r>
    </w:p>
    <w:p w:rsidR="007506D1" w:rsidRPr="008A001E" w:rsidRDefault="007506D1" w:rsidP="007506D1">
      <w:pPr>
        <w:spacing w:after="0"/>
        <w:jc w:val="both"/>
        <w:rPr>
          <w:lang w:val="uk-UA"/>
        </w:rPr>
      </w:pPr>
      <w:r w:rsidRPr="008A001E">
        <w:rPr>
          <w:sz w:val="20"/>
          <w:lang w:val="uk-UA"/>
        </w:rPr>
        <w:t>М.П. (у разі використання)</w:t>
      </w:r>
    </w:p>
    <w:p w:rsidR="007506D1" w:rsidRPr="008A001E" w:rsidRDefault="007506D1" w:rsidP="007506D1">
      <w:pPr>
        <w:rPr>
          <w:lang w:val="uk-UA"/>
        </w:rPr>
      </w:pPr>
      <w:r w:rsidRPr="008A001E">
        <w:rPr>
          <w:lang w:val="uk-UA"/>
        </w:rPr>
        <w:br w:type="page"/>
      </w:r>
    </w:p>
    <w:p w:rsidR="007506D1" w:rsidRPr="008A001E" w:rsidRDefault="007506D1" w:rsidP="007506D1">
      <w:pPr>
        <w:keepNext/>
        <w:spacing w:before="120" w:after="60"/>
        <w:jc w:val="center"/>
        <w:rPr>
          <w:lang w:val="uk-UA"/>
        </w:rPr>
      </w:pPr>
      <w:r w:rsidRPr="008A001E">
        <w:rPr>
          <w:b/>
          <w:sz w:val="28"/>
          <w:lang w:val="uk-UA"/>
        </w:rPr>
        <w:lastRenderedPageBreak/>
        <w:t>СПЕЦИФІКАЦІЯ — ЛОТ 1.2</w:t>
      </w:r>
    </w:p>
    <w:p w:rsidR="007506D1" w:rsidRDefault="007506D1" w:rsidP="007506D1">
      <w:pPr>
        <w:keepNext/>
        <w:spacing w:after="120"/>
        <w:jc w:val="center"/>
        <w:rPr>
          <w:b/>
          <w:sz w:val="24"/>
          <w:lang w:val="uk-UA"/>
        </w:rPr>
      </w:pPr>
      <w:r w:rsidRPr="008A001E">
        <w:rPr>
          <w:b/>
          <w:sz w:val="24"/>
          <w:lang w:val="uk-UA"/>
        </w:rPr>
        <w:t xml:space="preserve">Послуги внутрішніх перевезень пасажирів автобусами малої </w:t>
      </w:r>
      <w:proofErr w:type="spellStart"/>
      <w:r w:rsidRPr="008A001E">
        <w:rPr>
          <w:b/>
          <w:sz w:val="24"/>
          <w:lang w:val="uk-UA"/>
        </w:rPr>
        <w:t>пасажиромісткості</w:t>
      </w:r>
      <w:proofErr w:type="spellEnd"/>
      <w:r w:rsidRPr="008A001E">
        <w:rPr>
          <w:b/>
          <w:sz w:val="24"/>
          <w:lang w:val="uk-UA"/>
        </w:rPr>
        <w:t xml:space="preserve"> — Харківська область та м. Харків</w:t>
      </w:r>
      <w:r>
        <w:rPr>
          <w:b/>
          <w:sz w:val="24"/>
          <w:lang w:val="uk-UA"/>
        </w:rPr>
        <w:t xml:space="preserve"> </w:t>
      </w:r>
    </w:p>
    <w:p w:rsidR="007506D1" w:rsidRDefault="007506D1" w:rsidP="007506D1">
      <w:pPr>
        <w:spacing w:before="120" w:after="160"/>
        <w:jc w:val="center"/>
        <w:rPr>
          <w:i/>
          <w:sz w:val="24"/>
          <w:szCs w:val="24"/>
          <w:lang w:val="uk-UA"/>
        </w:rPr>
      </w:pPr>
      <w:r w:rsidRPr="000345B7">
        <w:rPr>
          <w:i/>
          <w:sz w:val="24"/>
          <w:szCs w:val="24"/>
          <w:lang w:val="uk-UA"/>
        </w:rPr>
        <w:t>Послуги надаються для громад від</w:t>
      </w:r>
      <w:r>
        <w:rPr>
          <w:i/>
          <w:sz w:val="24"/>
          <w:szCs w:val="24"/>
          <w:lang w:val="uk-UA"/>
        </w:rPr>
        <w:t>повід</w:t>
      </w:r>
      <w:r w:rsidRPr="000345B7">
        <w:rPr>
          <w:i/>
          <w:sz w:val="24"/>
          <w:szCs w:val="24"/>
          <w:lang w:val="uk-UA"/>
        </w:rPr>
        <w:t>ної області</w:t>
      </w:r>
      <w:r>
        <w:rPr>
          <w:i/>
          <w:sz w:val="24"/>
          <w:szCs w:val="24"/>
          <w:lang w:val="uk-UA"/>
        </w:rPr>
        <w:t>,</w:t>
      </w:r>
      <w:r w:rsidRPr="000345B7">
        <w:rPr>
          <w:i/>
          <w:sz w:val="24"/>
          <w:szCs w:val="24"/>
          <w:lang w:val="uk-UA"/>
        </w:rPr>
        <w:t xml:space="preserve"> згідно з переліком у Додатку №1</w:t>
      </w:r>
      <w:r>
        <w:rPr>
          <w:i/>
          <w:sz w:val="24"/>
          <w:szCs w:val="24"/>
          <w:lang w:val="uk-UA"/>
        </w:rPr>
        <w:t xml:space="preserve"> заповненої </w:t>
      </w:r>
      <w:r w:rsidRPr="000345B7">
        <w:rPr>
          <w:i/>
          <w:sz w:val="24"/>
          <w:szCs w:val="24"/>
          <w:lang w:val="uk-UA"/>
        </w:rPr>
        <w:t>тендерн</w:t>
      </w:r>
      <w:r>
        <w:rPr>
          <w:i/>
          <w:sz w:val="24"/>
          <w:szCs w:val="24"/>
          <w:lang w:val="uk-UA"/>
        </w:rPr>
        <w:t>ої</w:t>
      </w:r>
      <w:r w:rsidRPr="000345B7">
        <w:rPr>
          <w:i/>
          <w:sz w:val="24"/>
          <w:szCs w:val="24"/>
          <w:lang w:val="uk-UA"/>
        </w:rPr>
        <w:t xml:space="preserve"> формі. </w:t>
      </w:r>
    </w:p>
    <w:p w:rsidR="007506D1" w:rsidRPr="008A001E" w:rsidRDefault="007506D1" w:rsidP="007506D1">
      <w:pPr>
        <w:keepNext/>
        <w:spacing w:after="120"/>
        <w:rPr>
          <w:lang w:val="uk-UA"/>
        </w:rPr>
      </w:pPr>
    </w:p>
    <w:p w:rsidR="007506D1" w:rsidRPr="008A001E" w:rsidRDefault="007506D1" w:rsidP="007506D1">
      <w:pPr>
        <w:spacing w:after="100"/>
        <w:jc w:val="both"/>
        <w:rPr>
          <w:lang w:val="uk-UA"/>
        </w:rPr>
      </w:pPr>
      <w:r w:rsidRPr="008A001E">
        <w:rPr>
          <w:sz w:val="24"/>
          <w:lang w:val="uk-UA"/>
        </w:rPr>
        <w:t xml:space="preserve">Вид транспорту: автобуси малої </w:t>
      </w:r>
      <w:proofErr w:type="spellStart"/>
      <w:r w:rsidRPr="008A001E">
        <w:rPr>
          <w:sz w:val="24"/>
          <w:lang w:val="uk-UA"/>
        </w:rPr>
        <w:t>пасажиромісткості</w:t>
      </w:r>
      <w:proofErr w:type="spellEnd"/>
      <w:r w:rsidRPr="008A001E">
        <w:rPr>
          <w:sz w:val="24"/>
          <w:lang w:val="uk-UA"/>
        </w:rPr>
        <w:t>. Транспортний засіб повинен бути зареєстрований як автобус і мати від 9 до 2</w:t>
      </w:r>
      <w:r w:rsidR="00B57937">
        <w:rPr>
          <w:sz w:val="24"/>
          <w:lang w:val="uk-UA"/>
        </w:rPr>
        <w:t>5</w:t>
      </w:r>
      <w:r w:rsidRPr="008A001E">
        <w:rPr>
          <w:sz w:val="24"/>
          <w:lang w:val="uk-UA"/>
        </w:rPr>
        <w:t xml:space="preserve"> пасажирських місць для сидіння включно, без урахування місця водія. Кількість місць визначається відповідно до свідоцтва про реєстрацію транспортного засобу. Учасник зазначає окремий рядок для кожної марки/моделі транспорту, за якою пропонується окремий тариф. За потреби кількість рядків може бути збільшена.</w:t>
      </w:r>
    </w:p>
    <w:p w:rsidR="007506D1" w:rsidRPr="008A001E" w:rsidRDefault="007506D1" w:rsidP="007506D1">
      <w:pPr>
        <w:keepNext/>
        <w:spacing w:after="60"/>
        <w:jc w:val="both"/>
        <w:rPr>
          <w:lang w:val="uk-UA"/>
        </w:rPr>
      </w:pPr>
      <w:r w:rsidRPr="008A001E">
        <w:rPr>
          <w:b/>
          <w:sz w:val="24"/>
          <w:lang w:val="uk-UA"/>
        </w:rPr>
        <w:t>1. Відомості про запропонований транспорт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154"/>
        <w:gridCol w:w="964"/>
        <w:gridCol w:w="1361"/>
        <w:gridCol w:w="2916"/>
        <w:gridCol w:w="141"/>
        <w:gridCol w:w="2835"/>
      </w:tblGrid>
      <w:tr w:rsidR="007506D1" w:rsidRPr="008A001E" w:rsidTr="008A2A84">
        <w:trPr>
          <w:tblHeader/>
          <w:jc w:val="center"/>
        </w:trPr>
        <w:tc>
          <w:tcPr>
            <w:tcW w:w="397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№</w:t>
            </w:r>
          </w:p>
        </w:tc>
        <w:tc>
          <w:tcPr>
            <w:tcW w:w="2154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Марка, модель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Рік випуску</w:t>
            </w:r>
          </w:p>
        </w:tc>
        <w:tc>
          <w:tcPr>
            <w:tcW w:w="1361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Вид транспорту</w:t>
            </w:r>
          </w:p>
        </w:tc>
        <w:tc>
          <w:tcPr>
            <w:tcW w:w="3057" w:type="dxa"/>
            <w:gridSpan w:val="2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106D9C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Кількість пасажирських місць для сидіння без урахування місця водія (від 9 до 2</w:t>
            </w:r>
            <w:r w:rsidR="00106D9C">
              <w:rPr>
                <w:b/>
                <w:color w:val="FFFFFF"/>
                <w:sz w:val="20"/>
                <w:szCs w:val="20"/>
                <w:lang w:val="uk-UA"/>
              </w:rPr>
              <w:t>5</w:t>
            </w:r>
            <w:bookmarkStart w:id="0" w:name="_GoBack"/>
            <w:bookmarkEnd w:id="0"/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)</w:t>
            </w:r>
          </w:p>
        </w:tc>
        <w:tc>
          <w:tcPr>
            <w:tcW w:w="2835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Орієнтовна кількість доступних ТЗ</w:t>
            </w:r>
          </w:p>
        </w:tc>
      </w:tr>
      <w:tr w:rsidR="007506D1" w:rsidRPr="008A001E" w:rsidTr="008A2A84">
        <w:trPr>
          <w:cantSplit/>
          <w:jc w:val="center"/>
        </w:trPr>
        <w:tc>
          <w:tcPr>
            <w:tcW w:w="39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1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96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9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97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  <w:tr w:rsidR="007506D1" w:rsidRPr="008A001E" w:rsidTr="008A2A84">
        <w:trPr>
          <w:cantSplit/>
          <w:jc w:val="center"/>
        </w:trPr>
        <w:tc>
          <w:tcPr>
            <w:tcW w:w="39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2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96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9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97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  <w:tr w:rsidR="007506D1" w:rsidRPr="008A001E" w:rsidTr="008A2A84">
        <w:trPr>
          <w:cantSplit/>
          <w:jc w:val="center"/>
        </w:trPr>
        <w:tc>
          <w:tcPr>
            <w:tcW w:w="39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3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96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9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97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  <w:tr w:rsidR="007506D1" w:rsidRPr="008A001E" w:rsidTr="008A2A84">
        <w:trPr>
          <w:cantSplit/>
          <w:jc w:val="center"/>
        </w:trPr>
        <w:tc>
          <w:tcPr>
            <w:tcW w:w="39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4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96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9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97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</w:tbl>
    <w:p w:rsidR="007506D1" w:rsidRPr="008A001E" w:rsidRDefault="007506D1" w:rsidP="007506D1">
      <w:pPr>
        <w:spacing w:before="60" w:after="60"/>
        <w:jc w:val="both"/>
        <w:rPr>
          <w:lang w:val="uk-UA"/>
        </w:rPr>
      </w:pPr>
      <w:r w:rsidRPr="008A001E">
        <w:rPr>
          <w:i/>
          <w:sz w:val="18"/>
          <w:lang w:val="uk-UA"/>
        </w:rPr>
        <w:t xml:space="preserve">Для цього лоту графа про кількість пасажирських місць є обов’язковою для заповнення. На етапі подання тендерної пропозиції учасник зазначає заявлені відомості без подання </w:t>
      </w:r>
      <w:proofErr w:type="spellStart"/>
      <w:r w:rsidRPr="008A001E">
        <w:rPr>
          <w:i/>
          <w:sz w:val="18"/>
          <w:lang w:val="uk-UA"/>
        </w:rPr>
        <w:t>свідоцтв</w:t>
      </w:r>
      <w:proofErr w:type="spellEnd"/>
      <w:r w:rsidRPr="008A001E">
        <w:rPr>
          <w:i/>
          <w:sz w:val="18"/>
          <w:lang w:val="uk-UA"/>
        </w:rPr>
        <w:t xml:space="preserve"> про реєстрацію транспортних засобів; підтвердні документи подає лише переможець до укладення договору.</w:t>
      </w:r>
    </w:p>
    <w:p w:rsidR="007506D1" w:rsidRPr="008A001E" w:rsidRDefault="007506D1" w:rsidP="007506D1">
      <w:pPr>
        <w:keepNext/>
        <w:spacing w:before="100" w:after="60"/>
        <w:jc w:val="both"/>
        <w:rPr>
          <w:lang w:val="uk-UA"/>
        </w:rPr>
      </w:pPr>
      <w:r w:rsidRPr="008A001E">
        <w:rPr>
          <w:b/>
          <w:sz w:val="24"/>
          <w:lang w:val="uk-UA"/>
        </w:rPr>
        <w:t>2. Цінова пропозиція за кожною тарифною позицією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281"/>
        <w:gridCol w:w="2098"/>
        <w:gridCol w:w="1417"/>
        <w:gridCol w:w="3567"/>
      </w:tblGrid>
      <w:tr w:rsidR="007506D1" w:rsidRPr="008A001E" w:rsidTr="008A2A84">
        <w:trPr>
          <w:tblHeader/>
          <w:jc w:val="center"/>
        </w:trPr>
        <w:tc>
          <w:tcPr>
            <w:tcW w:w="846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№ позиції</w:t>
            </w:r>
          </w:p>
        </w:tc>
        <w:tc>
          <w:tcPr>
            <w:tcW w:w="1559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Тариф за 1 км, грн/км</w:t>
            </w:r>
          </w:p>
        </w:tc>
        <w:tc>
          <w:tcPr>
            <w:tcW w:w="1281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Очікування, грн/год</w:t>
            </w:r>
          </w:p>
        </w:tc>
        <w:tc>
          <w:tcPr>
            <w:tcW w:w="2098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Мінімальна вартість поїздки, грн/день</w:t>
            </w:r>
          </w:p>
        </w:tc>
        <w:tc>
          <w:tcPr>
            <w:tcW w:w="1417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Умови оплати</w:t>
            </w:r>
          </w:p>
        </w:tc>
        <w:tc>
          <w:tcPr>
            <w:tcW w:w="3567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2A84" w:rsidRDefault="007506D1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Строк подання заявки Замовником</w:t>
            </w:r>
          </w:p>
        </w:tc>
      </w:tr>
      <w:tr w:rsidR="007506D1" w:rsidRPr="008A001E" w:rsidTr="008A2A84">
        <w:trPr>
          <w:cantSplit/>
          <w:jc w:val="center"/>
        </w:trPr>
        <w:tc>
          <w:tcPr>
            <w:tcW w:w="84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1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28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0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356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  <w:tr w:rsidR="007506D1" w:rsidRPr="008A001E" w:rsidTr="008A2A84">
        <w:trPr>
          <w:cantSplit/>
          <w:jc w:val="center"/>
        </w:trPr>
        <w:tc>
          <w:tcPr>
            <w:tcW w:w="84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2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28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0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356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  <w:tr w:rsidR="007506D1" w:rsidRPr="008A001E" w:rsidTr="008A2A84">
        <w:trPr>
          <w:cantSplit/>
          <w:jc w:val="center"/>
        </w:trPr>
        <w:tc>
          <w:tcPr>
            <w:tcW w:w="84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3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28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0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356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  <w:tr w:rsidR="007506D1" w:rsidRPr="008A001E" w:rsidTr="008A2A84">
        <w:trPr>
          <w:cantSplit/>
          <w:jc w:val="center"/>
        </w:trPr>
        <w:tc>
          <w:tcPr>
            <w:tcW w:w="84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4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28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20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  <w:tc>
          <w:tcPr>
            <w:tcW w:w="356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7506D1" w:rsidRPr="008A001E" w:rsidRDefault="007506D1" w:rsidP="00340129">
            <w:pPr>
              <w:rPr>
                <w:lang w:val="uk-UA"/>
              </w:rPr>
            </w:pPr>
          </w:p>
        </w:tc>
      </w:tr>
    </w:tbl>
    <w:p w:rsidR="007506D1" w:rsidRPr="008A001E" w:rsidRDefault="007506D1" w:rsidP="007506D1">
      <w:pPr>
        <w:spacing w:before="80" w:after="60"/>
        <w:jc w:val="both"/>
        <w:rPr>
          <w:lang w:val="uk-UA"/>
        </w:rPr>
      </w:pPr>
      <w:r w:rsidRPr="008A001E">
        <w:rPr>
          <w:i/>
          <w:sz w:val="20"/>
          <w:lang w:val="uk-UA"/>
        </w:rPr>
        <w:t>Вартість повинна включати паливо, технічне обслуговування, оплату послуг водія, можливий простій, податки, збори та всі інші витрати, необхідні для належного надання послуг.</w:t>
      </w:r>
    </w:p>
    <w:p w:rsidR="007506D1" w:rsidRPr="008A001E" w:rsidRDefault="007506D1" w:rsidP="007506D1">
      <w:pPr>
        <w:spacing w:after="100"/>
        <w:jc w:val="both"/>
        <w:rPr>
          <w:lang w:val="uk-UA"/>
        </w:rPr>
      </w:pPr>
      <w:r w:rsidRPr="008A001E">
        <w:rPr>
          <w:sz w:val="20"/>
          <w:lang w:val="uk-UA"/>
        </w:rPr>
        <w:t xml:space="preserve">Підтверджую достовірність заявлених відомостей про вид транспортних засобів і кількість пасажирських місць для сидіння без урахування місця водія, а також наявність чинної ліцензії на вид перевезень, що відповідає цьому лоту. У разі визначення переможцем зобов’язуюся до укладення договору надати щодо кожного транспортного засобу, який планується залучати: копію свідоцтва про реєстрацію, державний номерний знак, VIN-код, кількість пасажирських місць для сидіння без урахування місця водія та підтвердження внесення транспортного засобу до відомостей ліцензіата </w:t>
      </w:r>
      <w:proofErr w:type="spellStart"/>
      <w:r w:rsidRPr="008A001E">
        <w:rPr>
          <w:sz w:val="20"/>
          <w:lang w:val="uk-UA"/>
        </w:rPr>
        <w:t>Укртрансбезпеки</w:t>
      </w:r>
      <w:proofErr w:type="spellEnd"/>
      <w:r w:rsidRPr="008A001E">
        <w:rPr>
          <w:sz w:val="20"/>
          <w:lang w:val="uk-UA"/>
        </w:rPr>
        <w:t>. Зазначені підтвердні документи не подаються у складі первинної тендерної пропозиції.</w:t>
      </w:r>
    </w:p>
    <w:p w:rsidR="007506D1" w:rsidRPr="008A001E" w:rsidRDefault="007506D1" w:rsidP="007506D1">
      <w:pPr>
        <w:spacing w:after="40"/>
        <w:jc w:val="both"/>
        <w:rPr>
          <w:lang w:val="uk-UA"/>
        </w:rPr>
      </w:pPr>
      <w:r w:rsidRPr="008A001E">
        <w:rPr>
          <w:sz w:val="20"/>
          <w:lang w:val="uk-UA"/>
        </w:rPr>
        <w:t>Дата: ____________    Підпис: ____________________    ПІБ: ______________________________</w:t>
      </w:r>
    </w:p>
    <w:p w:rsidR="007506D1" w:rsidRPr="008A001E" w:rsidRDefault="007506D1" w:rsidP="007506D1">
      <w:pPr>
        <w:spacing w:after="0"/>
        <w:jc w:val="both"/>
        <w:rPr>
          <w:lang w:val="uk-UA"/>
        </w:rPr>
      </w:pPr>
      <w:r w:rsidRPr="008A001E">
        <w:rPr>
          <w:sz w:val="20"/>
          <w:lang w:val="uk-UA"/>
        </w:rPr>
        <w:t>М.П. (у разі використання)</w:t>
      </w:r>
    </w:p>
    <w:p w:rsidR="008A2A84" w:rsidRPr="008A001E" w:rsidRDefault="007506D1" w:rsidP="008A2A84">
      <w:pPr>
        <w:keepNext/>
        <w:spacing w:before="120" w:after="60"/>
        <w:jc w:val="center"/>
        <w:rPr>
          <w:lang w:val="uk-UA"/>
        </w:rPr>
      </w:pPr>
      <w:r w:rsidRPr="008A001E">
        <w:rPr>
          <w:lang w:val="uk-UA"/>
        </w:rPr>
        <w:br w:type="page"/>
      </w:r>
      <w:r w:rsidR="008A2A84" w:rsidRPr="008A001E">
        <w:rPr>
          <w:b/>
          <w:sz w:val="28"/>
          <w:lang w:val="uk-UA"/>
        </w:rPr>
        <w:lastRenderedPageBreak/>
        <w:t>СПЕЦИФІКАЦІЯ — ЛОТ 2.1</w:t>
      </w:r>
    </w:p>
    <w:p w:rsidR="008A2A84" w:rsidRDefault="008A2A84" w:rsidP="008A2A84">
      <w:pPr>
        <w:keepNext/>
        <w:spacing w:after="120"/>
        <w:jc w:val="center"/>
        <w:rPr>
          <w:b/>
          <w:sz w:val="24"/>
          <w:lang w:val="uk-UA"/>
        </w:rPr>
      </w:pPr>
      <w:r w:rsidRPr="008A001E">
        <w:rPr>
          <w:b/>
          <w:sz w:val="24"/>
          <w:lang w:val="uk-UA"/>
        </w:rPr>
        <w:t>Послуги внутрішніх перевезень пасажирів легковими автомобілями на замовлення — Сумська область та м. Суми</w:t>
      </w:r>
    </w:p>
    <w:p w:rsidR="008A2A84" w:rsidRDefault="008A2A84" w:rsidP="008A2A84">
      <w:pPr>
        <w:spacing w:before="120" w:after="160"/>
        <w:jc w:val="center"/>
        <w:rPr>
          <w:i/>
          <w:sz w:val="24"/>
          <w:szCs w:val="24"/>
          <w:lang w:val="uk-UA"/>
        </w:rPr>
      </w:pPr>
      <w:r w:rsidRPr="000345B7">
        <w:rPr>
          <w:i/>
          <w:sz w:val="24"/>
          <w:szCs w:val="24"/>
          <w:lang w:val="uk-UA"/>
        </w:rPr>
        <w:t>Послуги надаються для громад від</w:t>
      </w:r>
      <w:r>
        <w:rPr>
          <w:i/>
          <w:sz w:val="24"/>
          <w:szCs w:val="24"/>
          <w:lang w:val="uk-UA"/>
        </w:rPr>
        <w:t>повід</w:t>
      </w:r>
      <w:r w:rsidRPr="000345B7">
        <w:rPr>
          <w:i/>
          <w:sz w:val="24"/>
          <w:szCs w:val="24"/>
          <w:lang w:val="uk-UA"/>
        </w:rPr>
        <w:t>ної області</w:t>
      </w:r>
      <w:r>
        <w:rPr>
          <w:i/>
          <w:sz w:val="24"/>
          <w:szCs w:val="24"/>
          <w:lang w:val="uk-UA"/>
        </w:rPr>
        <w:t>,</w:t>
      </w:r>
      <w:r w:rsidRPr="000345B7">
        <w:rPr>
          <w:i/>
          <w:sz w:val="24"/>
          <w:szCs w:val="24"/>
          <w:lang w:val="uk-UA"/>
        </w:rPr>
        <w:t xml:space="preserve"> згідно з переліком у Додатку №1</w:t>
      </w:r>
      <w:r>
        <w:rPr>
          <w:i/>
          <w:sz w:val="24"/>
          <w:szCs w:val="24"/>
          <w:lang w:val="uk-UA"/>
        </w:rPr>
        <w:t xml:space="preserve"> заповненої </w:t>
      </w:r>
      <w:r w:rsidRPr="000345B7">
        <w:rPr>
          <w:i/>
          <w:sz w:val="24"/>
          <w:szCs w:val="24"/>
          <w:lang w:val="uk-UA"/>
        </w:rPr>
        <w:t>тендерн</w:t>
      </w:r>
      <w:r>
        <w:rPr>
          <w:i/>
          <w:sz w:val="24"/>
          <w:szCs w:val="24"/>
          <w:lang w:val="uk-UA"/>
        </w:rPr>
        <w:t>ої</w:t>
      </w:r>
      <w:r w:rsidRPr="000345B7">
        <w:rPr>
          <w:i/>
          <w:sz w:val="24"/>
          <w:szCs w:val="24"/>
          <w:lang w:val="uk-UA"/>
        </w:rPr>
        <w:t xml:space="preserve"> формі. </w:t>
      </w:r>
    </w:p>
    <w:p w:rsidR="008A2A84" w:rsidRPr="008A001E" w:rsidRDefault="008A2A84" w:rsidP="008A2A84">
      <w:pPr>
        <w:keepNext/>
        <w:spacing w:after="120"/>
        <w:jc w:val="center"/>
        <w:rPr>
          <w:lang w:val="uk-UA"/>
        </w:rPr>
      </w:pPr>
    </w:p>
    <w:p w:rsidR="008A2A84" w:rsidRPr="008A001E" w:rsidRDefault="008A2A84" w:rsidP="008A2A84">
      <w:pPr>
        <w:spacing w:after="100"/>
        <w:jc w:val="both"/>
        <w:rPr>
          <w:lang w:val="uk-UA"/>
        </w:rPr>
      </w:pPr>
      <w:r w:rsidRPr="008A001E">
        <w:rPr>
          <w:sz w:val="24"/>
          <w:lang w:val="uk-UA"/>
        </w:rPr>
        <w:t>Вид транспорту: легкові автомобілі на замовлення. Учасник зазначає окремий рядок для кожної марки/моделі транспорту, за якою пропонується окремий тариф. За потреби кількість рядків може бути збільшена.</w:t>
      </w:r>
    </w:p>
    <w:p w:rsidR="008A2A84" w:rsidRPr="008A001E" w:rsidRDefault="008A2A84" w:rsidP="008A2A84">
      <w:pPr>
        <w:keepNext/>
        <w:spacing w:after="60"/>
        <w:jc w:val="both"/>
        <w:rPr>
          <w:lang w:val="uk-UA"/>
        </w:rPr>
      </w:pPr>
      <w:r w:rsidRPr="008A001E">
        <w:rPr>
          <w:b/>
          <w:sz w:val="24"/>
          <w:lang w:val="uk-UA"/>
        </w:rPr>
        <w:t>1. Відомості про запропонований транспорт</w:t>
      </w:r>
    </w:p>
    <w:tbl>
      <w:tblPr>
        <w:tblStyle w:val="aff0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4111"/>
        <w:gridCol w:w="1276"/>
        <w:gridCol w:w="1271"/>
        <w:gridCol w:w="3118"/>
      </w:tblGrid>
      <w:tr w:rsidR="008A2A84" w:rsidRPr="008A001E" w:rsidTr="00340129">
        <w:trPr>
          <w:tblHeader/>
          <w:jc w:val="center"/>
        </w:trPr>
        <w:tc>
          <w:tcPr>
            <w:tcW w:w="992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№</w:t>
            </w:r>
          </w:p>
        </w:tc>
        <w:tc>
          <w:tcPr>
            <w:tcW w:w="4111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Марка, модель</w:t>
            </w:r>
          </w:p>
        </w:tc>
        <w:tc>
          <w:tcPr>
            <w:tcW w:w="1276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Рік випуску</w:t>
            </w:r>
          </w:p>
        </w:tc>
        <w:tc>
          <w:tcPr>
            <w:tcW w:w="1271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Вид транспорту</w:t>
            </w:r>
          </w:p>
        </w:tc>
        <w:tc>
          <w:tcPr>
            <w:tcW w:w="3118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Орієнтовна кількість доступних ТЗ</w:t>
            </w:r>
          </w:p>
        </w:tc>
      </w:tr>
      <w:tr w:rsidR="008A2A84" w:rsidRPr="008A001E" w:rsidTr="00340129">
        <w:trPr>
          <w:cantSplit/>
          <w:jc w:val="center"/>
        </w:trPr>
        <w:tc>
          <w:tcPr>
            <w:tcW w:w="99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1</w:t>
            </w:r>
          </w:p>
        </w:tc>
        <w:tc>
          <w:tcPr>
            <w:tcW w:w="411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27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31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  <w:tr w:rsidR="008A2A84" w:rsidRPr="008A001E" w:rsidTr="00340129">
        <w:trPr>
          <w:cantSplit/>
          <w:jc w:val="center"/>
        </w:trPr>
        <w:tc>
          <w:tcPr>
            <w:tcW w:w="99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2</w:t>
            </w:r>
          </w:p>
        </w:tc>
        <w:tc>
          <w:tcPr>
            <w:tcW w:w="411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27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31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  <w:tr w:rsidR="008A2A84" w:rsidRPr="008A001E" w:rsidTr="00340129">
        <w:trPr>
          <w:cantSplit/>
          <w:jc w:val="center"/>
        </w:trPr>
        <w:tc>
          <w:tcPr>
            <w:tcW w:w="99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3</w:t>
            </w:r>
          </w:p>
        </w:tc>
        <w:tc>
          <w:tcPr>
            <w:tcW w:w="411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27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31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  <w:tr w:rsidR="008A2A84" w:rsidRPr="008A001E" w:rsidTr="00340129">
        <w:trPr>
          <w:cantSplit/>
          <w:jc w:val="center"/>
        </w:trPr>
        <w:tc>
          <w:tcPr>
            <w:tcW w:w="99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4</w:t>
            </w:r>
          </w:p>
        </w:tc>
        <w:tc>
          <w:tcPr>
            <w:tcW w:w="411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27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27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31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</w:tbl>
    <w:p w:rsidR="008A2A84" w:rsidRPr="008A001E" w:rsidRDefault="008A2A84" w:rsidP="008A2A84">
      <w:pPr>
        <w:keepNext/>
        <w:spacing w:before="100" w:after="60"/>
        <w:jc w:val="both"/>
        <w:rPr>
          <w:lang w:val="uk-UA"/>
        </w:rPr>
      </w:pPr>
      <w:r w:rsidRPr="008A001E">
        <w:rPr>
          <w:b/>
          <w:sz w:val="24"/>
          <w:lang w:val="uk-UA"/>
        </w:rPr>
        <w:t>2. Цінова пропозиція за кожною тарифною позицією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2126"/>
        <w:gridCol w:w="1985"/>
        <w:gridCol w:w="1559"/>
        <w:gridCol w:w="2551"/>
      </w:tblGrid>
      <w:tr w:rsidR="008A2A84" w:rsidRPr="008A001E" w:rsidTr="00340129">
        <w:trPr>
          <w:tblHeader/>
          <w:jc w:val="center"/>
        </w:trPr>
        <w:tc>
          <w:tcPr>
            <w:tcW w:w="988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№ позиції</w:t>
            </w:r>
          </w:p>
        </w:tc>
        <w:tc>
          <w:tcPr>
            <w:tcW w:w="1559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Тариф за 1 км, грн/км</w:t>
            </w:r>
          </w:p>
        </w:tc>
        <w:tc>
          <w:tcPr>
            <w:tcW w:w="2126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Очікування, грн/год</w:t>
            </w:r>
          </w:p>
        </w:tc>
        <w:tc>
          <w:tcPr>
            <w:tcW w:w="1985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Мінімальна вартість поїздки, грн/день</w:t>
            </w:r>
          </w:p>
        </w:tc>
        <w:tc>
          <w:tcPr>
            <w:tcW w:w="1559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Умови оплати</w:t>
            </w:r>
          </w:p>
        </w:tc>
        <w:tc>
          <w:tcPr>
            <w:tcW w:w="2551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Строк подання заявки Замовником</w:t>
            </w:r>
          </w:p>
        </w:tc>
      </w:tr>
      <w:tr w:rsidR="008A2A84" w:rsidRPr="008A001E" w:rsidTr="00340129">
        <w:trPr>
          <w:cantSplit/>
          <w:jc w:val="center"/>
        </w:trPr>
        <w:tc>
          <w:tcPr>
            <w:tcW w:w="98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1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98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5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  <w:tr w:rsidR="008A2A84" w:rsidRPr="008A001E" w:rsidTr="00340129">
        <w:trPr>
          <w:cantSplit/>
          <w:jc w:val="center"/>
        </w:trPr>
        <w:tc>
          <w:tcPr>
            <w:tcW w:w="98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2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98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5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  <w:tr w:rsidR="008A2A84" w:rsidRPr="008A001E" w:rsidTr="00340129">
        <w:trPr>
          <w:cantSplit/>
          <w:jc w:val="center"/>
        </w:trPr>
        <w:tc>
          <w:tcPr>
            <w:tcW w:w="98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3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98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5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  <w:tr w:rsidR="008A2A84" w:rsidRPr="008A001E" w:rsidTr="00340129">
        <w:trPr>
          <w:cantSplit/>
          <w:jc w:val="center"/>
        </w:trPr>
        <w:tc>
          <w:tcPr>
            <w:tcW w:w="98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4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98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5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  <w:tr w:rsidR="008A2A84" w:rsidRPr="008A001E" w:rsidTr="00340129">
        <w:trPr>
          <w:cantSplit/>
          <w:jc w:val="center"/>
        </w:trPr>
        <w:tc>
          <w:tcPr>
            <w:tcW w:w="98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5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98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5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  <w:tr w:rsidR="008A2A84" w:rsidRPr="008A001E" w:rsidTr="00340129">
        <w:trPr>
          <w:cantSplit/>
          <w:jc w:val="center"/>
        </w:trPr>
        <w:tc>
          <w:tcPr>
            <w:tcW w:w="98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6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98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55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</w:tbl>
    <w:p w:rsidR="008A2A84" w:rsidRPr="008A001E" w:rsidRDefault="008A2A84" w:rsidP="008A2A84">
      <w:pPr>
        <w:spacing w:before="80" w:after="60"/>
        <w:jc w:val="both"/>
        <w:rPr>
          <w:lang w:val="uk-UA"/>
        </w:rPr>
      </w:pPr>
      <w:r w:rsidRPr="008A001E">
        <w:rPr>
          <w:i/>
          <w:sz w:val="20"/>
          <w:lang w:val="uk-UA"/>
        </w:rPr>
        <w:t>Вартість повинна включати паливо, технічне обслуговування, оплату послуг водія, можливий простій, податки, збори та всі інші витрати, необхідні для належного надання послуг.</w:t>
      </w:r>
    </w:p>
    <w:p w:rsidR="008A2A84" w:rsidRPr="008A001E" w:rsidRDefault="008A2A84" w:rsidP="008A2A84">
      <w:pPr>
        <w:spacing w:after="100"/>
        <w:jc w:val="both"/>
        <w:rPr>
          <w:lang w:val="uk-UA"/>
        </w:rPr>
      </w:pPr>
      <w:r w:rsidRPr="008A001E">
        <w:rPr>
          <w:sz w:val="20"/>
          <w:lang w:val="uk-UA"/>
        </w:rPr>
        <w:t xml:space="preserve">Підтверджую достовірність заявлених відомостей про вид транспортних засобів, а також наявність чинної ліцензії на вид перевезень, що відповідає цьому лоту. У разі визначення переможцем зобов’язуюся до укладення договору надати щодо кожного транспортного засобу, який планується залучати: копію свідоцтва про реєстрацію, державний номерний знак, VIN-код та підтвердження внесення транспортного засобу до відомостей ліцензіата </w:t>
      </w:r>
      <w:proofErr w:type="spellStart"/>
      <w:r w:rsidRPr="008A001E">
        <w:rPr>
          <w:sz w:val="20"/>
          <w:lang w:val="uk-UA"/>
        </w:rPr>
        <w:t>Укртрансбезпеки</w:t>
      </w:r>
      <w:proofErr w:type="spellEnd"/>
      <w:r w:rsidRPr="008A001E">
        <w:rPr>
          <w:sz w:val="20"/>
          <w:lang w:val="uk-UA"/>
        </w:rPr>
        <w:t>. Зазначені підтвердні документи не подаються у складі первинної тендерної пропозиції.</w:t>
      </w:r>
    </w:p>
    <w:p w:rsidR="008A2A84" w:rsidRDefault="008A2A84" w:rsidP="008A2A84">
      <w:pPr>
        <w:spacing w:after="40"/>
        <w:jc w:val="both"/>
        <w:rPr>
          <w:sz w:val="20"/>
          <w:lang w:val="uk-UA"/>
        </w:rPr>
      </w:pPr>
    </w:p>
    <w:p w:rsidR="008A2A84" w:rsidRPr="008A001E" w:rsidRDefault="008A2A84" w:rsidP="008A2A84">
      <w:pPr>
        <w:spacing w:after="40"/>
        <w:jc w:val="both"/>
        <w:rPr>
          <w:lang w:val="uk-UA"/>
        </w:rPr>
      </w:pPr>
      <w:r w:rsidRPr="008A001E">
        <w:rPr>
          <w:sz w:val="20"/>
          <w:lang w:val="uk-UA"/>
        </w:rPr>
        <w:t>Дата: ____________    Підпис: ____________________    ПІБ: ______________________________</w:t>
      </w:r>
    </w:p>
    <w:p w:rsidR="008A2A84" w:rsidRPr="008A001E" w:rsidRDefault="008A2A84" w:rsidP="008A2A84">
      <w:pPr>
        <w:spacing w:after="0"/>
        <w:jc w:val="both"/>
        <w:rPr>
          <w:lang w:val="uk-UA"/>
        </w:rPr>
      </w:pPr>
      <w:r w:rsidRPr="008A001E">
        <w:rPr>
          <w:sz w:val="20"/>
          <w:lang w:val="uk-UA"/>
        </w:rPr>
        <w:t>М.П. (у разі використання)</w:t>
      </w:r>
    </w:p>
    <w:p w:rsidR="008A2A84" w:rsidRPr="008A001E" w:rsidRDefault="008A2A84" w:rsidP="008A2A84">
      <w:pPr>
        <w:rPr>
          <w:lang w:val="uk-UA"/>
        </w:rPr>
      </w:pPr>
      <w:r w:rsidRPr="008A001E">
        <w:rPr>
          <w:lang w:val="uk-UA"/>
        </w:rPr>
        <w:br w:type="page"/>
      </w:r>
    </w:p>
    <w:p w:rsidR="008A2A84" w:rsidRPr="008A001E" w:rsidRDefault="008A2A84" w:rsidP="008A2A84">
      <w:pPr>
        <w:keepNext/>
        <w:spacing w:before="120" w:after="60"/>
        <w:jc w:val="center"/>
        <w:rPr>
          <w:lang w:val="uk-UA"/>
        </w:rPr>
      </w:pPr>
      <w:r w:rsidRPr="008A001E">
        <w:rPr>
          <w:b/>
          <w:sz w:val="28"/>
          <w:lang w:val="uk-UA"/>
        </w:rPr>
        <w:lastRenderedPageBreak/>
        <w:t>СПЕЦИФІКАЦІЯ — ЛОТ 2.2</w:t>
      </w:r>
    </w:p>
    <w:p w:rsidR="008A2A84" w:rsidRPr="008A001E" w:rsidRDefault="008A2A84" w:rsidP="008A2A84">
      <w:pPr>
        <w:keepNext/>
        <w:spacing w:after="120"/>
        <w:jc w:val="center"/>
        <w:rPr>
          <w:lang w:val="uk-UA"/>
        </w:rPr>
      </w:pPr>
      <w:r w:rsidRPr="008A001E">
        <w:rPr>
          <w:b/>
          <w:sz w:val="24"/>
          <w:lang w:val="uk-UA"/>
        </w:rPr>
        <w:t xml:space="preserve">Послуги внутрішніх перевезень пасажирів автобусами малої </w:t>
      </w:r>
      <w:proofErr w:type="spellStart"/>
      <w:r w:rsidRPr="008A001E">
        <w:rPr>
          <w:b/>
          <w:sz w:val="24"/>
          <w:lang w:val="uk-UA"/>
        </w:rPr>
        <w:t>пасажиромісткості</w:t>
      </w:r>
      <w:proofErr w:type="spellEnd"/>
      <w:r w:rsidRPr="008A001E">
        <w:rPr>
          <w:b/>
          <w:sz w:val="24"/>
          <w:lang w:val="uk-UA"/>
        </w:rPr>
        <w:t xml:space="preserve"> — Сумська область та м. Суми</w:t>
      </w:r>
    </w:p>
    <w:p w:rsidR="008A2A84" w:rsidRDefault="008A2A84" w:rsidP="008A2A84">
      <w:pPr>
        <w:spacing w:before="120" w:after="160"/>
        <w:jc w:val="center"/>
        <w:rPr>
          <w:i/>
          <w:sz w:val="24"/>
          <w:szCs w:val="24"/>
          <w:lang w:val="uk-UA"/>
        </w:rPr>
      </w:pPr>
      <w:r w:rsidRPr="000345B7">
        <w:rPr>
          <w:i/>
          <w:sz w:val="24"/>
          <w:szCs w:val="24"/>
          <w:lang w:val="uk-UA"/>
        </w:rPr>
        <w:t>Послуги надаються для громад від</w:t>
      </w:r>
      <w:r>
        <w:rPr>
          <w:i/>
          <w:sz w:val="24"/>
          <w:szCs w:val="24"/>
          <w:lang w:val="uk-UA"/>
        </w:rPr>
        <w:t>повід</w:t>
      </w:r>
      <w:r w:rsidRPr="000345B7">
        <w:rPr>
          <w:i/>
          <w:sz w:val="24"/>
          <w:szCs w:val="24"/>
          <w:lang w:val="uk-UA"/>
        </w:rPr>
        <w:t>ної області</w:t>
      </w:r>
      <w:r>
        <w:rPr>
          <w:i/>
          <w:sz w:val="24"/>
          <w:szCs w:val="24"/>
          <w:lang w:val="uk-UA"/>
        </w:rPr>
        <w:t>,</w:t>
      </w:r>
      <w:r w:rsidRPr="000345B7">
        <w:rPr>
          <w:i/>
          <w:sz w:val="24"/>
          <w:szCs w:val="24"/>
          <w:lang w:val="uk-UA"/>
        </w:rPr>
        <w:t xml:space="preserve"> згідно з переліком у Додатку №1</w:t>
      </w:r>
      <w:r>
        <w:rPr>
          <w:i/>
          <w:sz w:val="24"/>
          <w:szCs w:val="24"/>
          <w:lang w:val="uk-UA"/>
        </w:rPr>
        <w:t xml:space="preserve"> заповненої </w:t>
      </w:r>
      <w:r w:rsidRPr="000345B7">
        <w:rPr>
          <w:i/>
          <w:sz w:val="24"/>
          <w:szCs w:val="24"/>
          <w:lang w:val="uk-UA"/>
        </w:rPr>
        <w:t>тендерн</w:t>
      </w:r>
      <w:r>
        <w:rPr>
          <w:i/>
          <w:sz w:val="24"/>
          <w:szCs w:val="24"/>
          <w:lang w:val="uk-UA"/>
        </w:rPr>
        <w:t>ої</w:t>
      </w:r>
      <w:r w:rsidRPr="000345B7">
        <w:rPr>
          <w:i/>
          <w:sz w:val="24"/>
          <w:szCs w:val="24"/>
          <w:lang w:val="uk-UA"/>
        </w:rPr>
        <w:t xml:space="preserve"> формі. </w:t>
      </w:r>
    </w:p>
    <w:p w:rsidR="008A2A84" w:rsidRPr="008A001E" w:rsidRDefault="008A2A84" w:rsidP="008A2A84">
      <w:pPr>
        <w:keepNext/>
        <w:spacing w:after="120"/>
        <w:rPr>
          <w:lang w:val="uk-UA"/>
        </w:rPr>
      </w:pPr>
    </w:p>
    <w:p w:rsidR="008A2A84" w:rsidRPr="008A001E" w:rsidRDefault="008A2A84" w:rsidP="008A2A84">
      <w:pPr>
        <w:spacing w:after="100"/>
        <w:jc w:val="both"/>
        <w:rPr>
          <w:lang w:val="uk-UA"/>
        </w:rPr>
      </w:pPr>
      <w:r w:rsidRPr="008A001E">
        <w:rPr>
          <w:sz w:val="24"/>
          <w:lang w:val="uk-UA"/>
        </w:rPr>
        <w:t xml:space="preserve">Вид транспорту: автобуси малої </w:t>
      </w:r>
      <w:proofErr w:type="spellStart"/>
      <w:r w:rsidRPr="008A001E">
        <w:rPr>
          <w:sz w:val="24"/>
          <w:lang w:val="uk-UA"/>
        </w:rPr>
        <w:t>пасажиромісткості</w:t>
      </w:r>
      <w:proofErr w:type="spellEnd"/>
      <w:r w:rsidRPr="008A001E">
        <w:rPr>
          <w:sz w:val="24"/>
          <w:lang w:val="uk-UA"/>
        </w:rPr>
        <w:t>. Транспортний засіб повинен бути зареєстрований як автобус і мати від 9 до 2</w:t>
      </w:r>
      <w:r w:rsidR="00B57937">
        <w:rPr>
          <w:sz w:val="24"/>
          <w:lang w:val="uk-UA"/>
        </w:rPr>
        <w:t>5</w:t>
      </w:r>
      <w:r w:rsidRPr="008A001E">
        <w:rPr>
          <w:sz w:val="24"/>
          <w:lang w:val="uk-UA"/>
        </w:rPr>
        <w:t xml:space="preserve"> пасажирських місць для сидіння включно, без урахування місця водія. Кількість місць визначається відповідно до свідоцтва про реєстрацію транспортного засобу. Учасник зазначає окремий рядок для кожної марки/моделі транспорту, за якою пропонується окремий тариф. За потреби кількість рядків може бути збільшена.</w:t>
      </w:r>
    </w:p>
    <w:p w:rsidR="008A2A84" w:rsidRPr="008A001E" w:rsidRDefault="008A2A84" w:rsidP="008A2A84">
      <w:pPr>
        <w:keepNext/>
        <w:spacing w:after="60"/>
        <w:jc w:val="both"/>
        <w:rPr>
          <w:lang w:val="uk-UA"/>
        </w:rPr>
      </w:pPr>
      <w:r w:rsidRPr="008A001E">
        <w:rPr>
          <w:b/>
          <w:sz w:val="24"/>
          <w:lang w:val="uk-UA"/>
        </w:rPr>
        <w:t>1. Відомості про запропонований транспорт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154"/>
        <w:gridCol w:w="964"/>
        <w:gridCol w:w="1361"/>
        <w:gridCol w:w="2916"/>
        <w:gridCol w:w="141"/>
        <w:gridCol w:w="2835"/>
      </w:tblGrid>
      <w:tr w:rsidR="008A2A84" w:rsidRPr="008A001E" w:rsidTr="00340129">
        <w:trPr>
          <w:tblHeader/>
          <w:jc w:val="center"/>
        </w:trPr>
        <w:tc>
          <w:tcPr>
            <w:tcW w:w="397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№</w:t>
            </w:r>
          </w:p>
        </w:tc>
        <w:tc>
          <w:tcPr>
            <w:tcW w:w="2154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Марка, модель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Рік випуску</w:t>
            </w:r>
          </w:p>
        </w:tc>
        <w:tc>
          <w:tcPr>
            <w:tcW w:w="1361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Вид транспорту</w:t>
            </w:r>
          </w:p>
        </w:tc>
        <w:tc>
          <w:tcPr>
            <w:tcW w:w="3057" w:type="dxa"/>
            <w:gridSpan w:val="2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106D9C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Кількість пасажирських місць для сидіння без урахування місця водія (від 9 до 2</w:t>
            </w:r>
            <w:r w:rsidR="00106D9C">
              <w:rPr>
                <w:b/>
                <w:color w:val="FFFFFF"/>
                <w:sz w:val="20"/>
                <w:szCs w:val="20"/>
                <w:lang w:val="uk-UA"/>
              </w:rPr>
              <w:t>5</w:t>
            </w: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)</w:t>
            </w:r>
          </w:p>
        </w:tc>
        <w:tc>
          <w:tcPr>
            <w:tcW w:w="2835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Орієнтовна кількість доступних ТЗ</w:t>
            </w:r>
          </w:p>
        </w:tc>
      </w:tr>
      <w:tr w:rsidR="008A2A84" w:rsidRPr="008A001E" w:rsidTr="00340129">
        <w:trPr>
          <w:cantSplit/>
          <w:jc w:val="center"/>
        </w:trPr>
        <w:tc>
          <w:tcPr>
            <w:tcW w:w="39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1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96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9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97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  <w:tr w:rsidR="008A2A84" w:rsidRPr="008A001E" w:rsidTr="00340129">
        <w:trPr>
          <w:cantSplit/>
          <w:jc w:val="center"/>
        </w:trPr>
        <w:tc>
          <w:tcPr>
            <w:tcW w:w="39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2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96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9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97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  <w:tr w:rsidR="008A2A84" w:rsidRPr="008A001E" w:rsidTr="00340129">
        <w:trPr>
          <w:cantSplit/>
          <w:jc w:val="center"/>
        </w:trPr>
        <w:tc>
          <w:tcPr>
            <w:tcW w:w="39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3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96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9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97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  <w:tr w:rsidR="008A2A84" w:rsidRPr="008A001E" w:rsidTr="00340129">
        <w:trPr>
          <w:cantSplit/>
          <w:jc w:val="center"/>
        </w:trPr>
        <w:tc>
          <w:tcPr>
            <w:tcW w:w="39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4</w:t>
            </w:r>
          </w:p>
        </w:tc>
        <w:tc>
          <w:tcPr>
            <w:tcW w:w="215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96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91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97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</w:tbl>
    <w:p w:rsidR="008A2A84" w:rsidRPr="008A001E" w:rsidRDefault="008A2A84" w:rsidP="008A2A84">
      <w:pPr>
        <w:spacing w:before="60" w:after="60"/>
        <w:jc w:val="both"/>
        <w:rPr>
          <w:lang w:val="uk-UA"/>
        </w:rPr>
      </w:pPr>
      <w:r w:rsidRPr="008A001E">
        <w:rPr>
          <w:i/>
          <w:sz w:val="18"/>
          <w:lang w:val="uk-UA"/>
        </w:rPr>
        <w:t xml:space="preserve">Для цього лоту графа про кількість пасажирських місць є обов’язковою для заповнення. На етапі подання тендерної пропозиції учасник зазначає заявлені відомості без подання </w:t>
      </w:r>
      <w:proofErr w:type="spellStart"/>
      <w:r w:rsidRPr="008A001E">
        <w:rPr>
          <w:i/>
          <w:sz w:val="18"/>
          <w:lang w:val="uk-UA"/>
        </w:rPr>
        <w:t>свідоцтв</w:t>
      </w:r>
      <w:proofErr w:type="spellEnd"/>
      <w:r w:rsidRPr="008A001E">
        <w:rPr>
          <w:i/>
          <w:sz w:val="18"/>
          <w:lang w:val="uk-UA"/>
        </w:rPr>
        <w:t xml:space="preserve"> про реєстрацію транспортних засобів; підтвердні документи подає лише переможець до укладення договору.</w:t>
      </w:r>
    </w:p>
    <w:p w:rsidR="008A2A84" w:rsidRPr="008A001E" w:rsidRDefault="008A2A84" w:rsidP="008A2A84">
      <w:pPr>
        <w:keepNext/>
        <w:spacing w:before="100" w:after="60"/>
        <w:jc w:val="both"/>
        <w:rPr>
          <w:lang w:val="uk-UA"/>
        </w:rPr>
      </w:pPr>
      <w:r w:rsidRPr="008A001E">
        <w:rPr>
          <w:b/>
          <w:sz w:val="24"/>
          <w:lang w:val="uk-UA"/>
        </w:rPr>
        <w:t>2. Цінова пропозиція за кожною тарифною позицією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281"/>
        <w:gridCol w:w="2098"/>
        <w:gridCol w:w="1417"/>
        <w:gridCol w:w="3567"/>
      </w:tblGrid>
      <w:tr w:rsidR="008A2A84" w:rsidRPr="008A001E" w:rsidTr="00340129">
        <w:trPr>
          <w:tblHeader/>
          <w:jc w:val="center"/>
        </w:trPr>
        <w:tc>
          <w:tcPr>
            <w:tcW w:w="846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№ позиції</w:t>
            </w:r>
          </w:p>
        </w:tc>
        <w:tc>
          <w:tcPr>
            <w:tcW w:w="1559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Тариф за 1 км, грн/км</w:t>
            </w:r>
          </w:p>
        </w:tc>
        <w:tc>
          <w:tcPr>
            <w:tcW w:w="1281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Очікування, грн/год</w:t>
            </w:r>
          </w:p>
        </w:tc>
        <w:tc>
          <w:tcPr>
            <w:tcW w:w="2098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Мінімальна вартість поїздки, грн/день</w:t>
            </w:r>
          </w:p>
        </w:tc>
        <w:tc>
          <w:tcPr>
            <w:tcW w:w="1417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Умови оплати</w:t>
            </w:r>
          </w:p>
        </w:tc>
        <w:tc>
          <w:tcPr>
            <w:tcW w:w="3567" w:type="dxa"/>
            <w:shd w:val="clear" w:color="auto" w:fill="1F4E78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2A84" w:rsidRDefault="008A2A84" w:rsidP="00340129">
            <w:pPr>
              <w:jc w:val="center"/>
              <w:rPr>
                <w:sz w:val="20"/>
                <w:szCs w:val="20"/>
                <w:lang w:val="uk-UA"/>
              </w:rPr>
            </w:pPr>
            <w:r w:rsidRPr="008A2A84">
              <w:rPr>
                <w:b/>
                <w:color w:val="FFFFFF"/>
                <w:sz w:val="20"/>
                <w:szCs w:val="20"/>
                <w:lang w:val="uk-UA"/>
              </w:rPr>
              <w:t>Строк подання заявки Замовником</w:t>
            </w:r>
          </w:p>
        </w:tc>
      </w:tr>
      <w:tr w:rsidR="008A2A84" w:rsidRPr="008A001E" w:rsidTr="00340129">
        <w:trPr>
          <w:cantSplit/>
          <w:jc w:val="center"/>
        </w:trPr>
        <w:tc>
          <w:tcPr>
            <w:tcW w:w="84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1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28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0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356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  <w:tr w:rsidR="008A2A84" w:rsidRPr="008A001E" w:rsidTr="00340129">
        <w:trPr>
          <w:cantSplit/>
          <w:jc w:val="center"/>
        </w:trPr>
        <w:tc>
          <w:tcPr>
            <w:tcW w:w="84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2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28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0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356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  <w:tr w:rsidR="008A2A84" w:rsidRPr="008A001E" w:rsidTr="00340129">
        <w:trPr>
          <w:cantSplit/>
          <w:jc w:val="center"/>
        </w:trPr>
        <w:tc>
          <w:tcPr>
            <w:tcW w:w="84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3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28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0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356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  <w:tr w:rsidR="008A2A84" w:rsidRPr="008A001E" w:rsidTr="00340129">
        <w:trPr>
          <w:cantSplit/>
          <w:jc w:val="center"/>
        </w:trPr>
        <w:tc>
          <w:tcPr>
            <w:tcW w:w="84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jc w:val="center"/>
              <w:rPr>
                <w:lang w:val="uk-UA"/>
              </w:rPr>
            </w:pPr>
            <w:r w:rsidRPr="008A001E">
              <w:rPr>
                <w:sz w:val="16"/>
                <w:lang w:val="uk-UA"/>
              </w:rPr>
              <w:t>4</w:t>
            </w:r>
          </w:p>
        </w:tc>
        <w:tc>
          <w:tcPr>
            <w:tcW w:w="155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28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209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141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  <w:tc>
          <w:tcPr>
            <w:tcW w:w="356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:rsidR="008A2A84" w:rsidRPr="008A001E" w:rsidRDefault="008A2A84" w:rsidP="00340129">
            <w:pPr>
              <w:rPr>
                <w:lang w:val="uk-UA"/>
              </w:rPr>
            </w:pPr>
          </w:p>
        </w:tc>
      </w:tr>
    </w:tbl>
    <w:p w:rsidR="008A2A84" w:rsidRPr="008A001E" w:rsidRDefault="008A2A84" w:rsidP="008A2A84">
      <w:pPr>
        <w:spacing w:before="80" w:after="60"/>
        <w:jc w:val="both"/>
        <w:rPr>
          <w:lang w:val="uk-UA"/>
        </w:rPr>
      </w:pPr>
      <w:r w:rsidRPr="008A001E">
        <w:rPr>
          <w:i/>
          <w:sz w:val="20"/>
          <w:lang w:val="uk-UA"/>
        </w:rPr>
        <w:t>Вартість повинна включати паливо, технічне обслуговування, оплату послуг водія, можливий простій, податки, збори та всі інші витрати, необхідні для належного надання послуг.</w:t>
      </w:r>
    </w:p>
    <w:p w:rsidR="008A2A84" w:rsidRPr="008A001E" w:rsidRDefault="008A2A84" w:rsidP="008A2A84">
      <w:pPr>
        <w:spacing w:after="100"/>
        <w:jc w:val="both"/>
        <w:rPr>
          <w:lang w:val="uk-UA"/>
        </w:rPr>
      </w:pPr>
      <w:r w:rsidRPr="008A001E">
        <w:rPr>
          <w:sz w:val="20"/>
          <w:lang w:val="uk-UA"/>
        </w:rPr>
        <w:t xml:space="preserve">Підтверджую достовірність заявлених відомостей про вид транспортних засобів і кількість пасажирських місць для сидіння без урахування місця водія, а також наявність чинної ліцензії на вид перевезень, що відповідає цьому лоту. У разі визначення переможцем зобов’язуюся до укладення договору надати щодо кожного транспортного засобу, який планується залучати: копію свідоцтва про реєстрацію, державний номерний знак, VIN-код, кількість пасажирських місць для сидіння без урахування місця водія та підтвердження внесення транспортного засобу до відомостей ліцензіата </w:t>
      </w:r>
      <w:proofErr w:type="spellStart"/>
      <w:r w:rsidRPr="008A001E">
        <w:rPr>
          <w:sz w:val="20"/>
          <w:lang w:val="uk-UA"/>
        </w:rPr>
        <w:t>Укртрансбезпеки</w:t>
      </w:r>
      <w:proofErr w:type="spellEnd"/>
      <w:r w:rsidRPr="008A001E">
        <w:rPr>
          <w:sz w:val="20"/>
          <w:lang w:val="uk-UA"/>
        </w:rPr>
        <w:t>. Зазначені підтвердні документи не подаються у складі первинної тендерної пропозиції.</w:t>
      </w:r>
    </w:p>
    <w:p w:rsidR="008A2A84" w:rsidRPr="008A001E" w:rsidRDefault="008A2A84" w:rsidP="008A2A84">
      <w:pPr>
        <w:spacing w:after="40"/>
        <w:jc w:val="both"/>
        <w:rPr>
          <w:lang w:val="uk-UA"/>
        </w:rPr>
      </w:pPr>
      <w:r w:rsidRPr="008A001E">
        <w:rPr>
          <w:sz w:val="20"/>
          <w:lang w:val="uk-UA"/>
        </w:rPr>
        <w:t>Дата: ____________    Підпис: ____________________    ПІБ: ______________________________</w:t>
      </w:r>
    </w:p>
    <w:p w:rsidR="008A2A84" w:rsidRPr="008A001E" w:rsidRDefault="008A2A84" w:rsidP="008A2A84">
      <w:pPr>
        <w:spacing w:after="0"/>
        <w:jc w:val="both"/>
        <w:rPr>
          <w:lang w:val="uk-UA"/>
        </w:rPr>
      </w:pPr>
      <w:r w:rsidRPr="008A001E">
        <w:rPr>
          <w:sz w:val="20"/>
          <w:lang w:val="uk-UA"/>
        </w:rPr>
        <w:t>М.П. (у разі використання)</w:t>
      </w:r>
    </w:p>
    <w:p w:rsidR="007506D1" w:rsidRPr="008A001E" w:rsidRDefault="007506D1" w:rsidP="008A2A84">
      <w:pPr>
        <w:spacing w:after="100"/>
        <w:jc w:val="both"/>
        <w:rPr>
          <w:lang w:val="uk-UA"/>
        </w:rPr>
      </w:pPr>
    </w:p>
    <w:sectPr w:rsidR="007506D1" w:rsidRPr="008A001E" w:rsidSect="00034616">
      <w:footerReference w:type="default" r:id="rId8"/>
      <w:pgSz w:w="12240" w:h="15840"/>
      <w:pgMar w:top="794" w:right="680" w:bottom="794" w:left="737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A55" w:rsidRDefault="00970A55" w:rsidP="00FF3BB4">
      <w:pPr>
        <w:spacing w:after="0" w:line="240" w:lineRule="auto"/>
      </w:pPr>
      <w:r>
        <w:separator/>
      </w:r>
    </w:p>
  </w:endnote>
  <w:endnote w:type="continuationSeparator" w:id="0">
    <w:p w:rsidR="00970A55" w:rsidRDefault="00970A55" w:rsidP="00FF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3BB4" w:rsidRDefault="00FF3BB4" w:rsidP="00FF3BB4">
    <w:pPr>
      <w:pStyle w:val="a7"/>
      <w:jc w:val="center"/>
    </w:pPr>
    <w:r w:rsidRPr="00485208">
      <w:rPr>
        <w:color w:val="595959"/>
        <w:sz w:val="18"/>
        <w:lang w:val="uk-UA"/>
      </w:rPr>
      <w:t>Сторінка</w:t>
    </w:r>
    <w:r>
      <w:rPr>
        <w:color w:val="595959"/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106D9C">
      <w:rPr>
        <w:noProof/>
      </w:rPr>
      <w:t>8</w:t>
    </w:r>
    <w:r>
      <w:fldChar w:fldCharType="end"/>
    </w:r>
    <w:r>
      <w:rPr>
        <w:color w:val="595959"/>
        <w:sz w:val="18"/>
      </w:rPr>
      <w:t xml:space="preserve"> з </w:t>
    </w:r>
    <w:r>
      <w:fldChar w:fldCharType="begin"/>
    </w:r>
    <w:r>
      <w:instrText>NUMPAGES</w:instrText>
    </w:r>
    <w:r>
      <w:fldChar w:fldCharType="separate"/>
    </w:r>
    <w:r w:rsidR="00106D9C">
      <w:rPr>
        <w:noProof/>
      </w:rPr>
      <w:t>8</w:t>
    </w:r>
    <w:r>
      <w:fldChar w:fldCharType="end"/>
    </w:r>
  </w:p>
  <w:p w:rsidR="00FF3BB4" w:rsidRDefault="00FF3BB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A55" w:rsidRDefault="00970A55" w:rsidP="00FF3BB4">
      <w:pPr>
        <w:spacing w:after="0" w:line="240" w:lineRule="auto"/>
      </w:pPr>
      <w:r>
        <w:separator/>
      </w:r>
    </w:p>
  </w:footnote>
  <w:footnote w:type="continuationSeparator" w:id="0">
    <w:p w:rsidR="00970A55" w:rsidRDefault="00970A55" w:rsidP="00FF3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70E01AE3"/>
    <w:multiLevelType w:val="hybridMultilevel"/>
    <w:tmpl w:val="453A52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5B7"/>
    <w:rsid w:val="00034616"/>
    <w:rsid w:val="0006063C"/>
    <w:rsid w:val="00106D9C"/>
    <w:rsid w:val="0015074B"/>
    <w:rsid w:val="0029639D"/>
    <w:rsid w:val="002E4165"/>
    <w:rsid w:val="00326F90"/>
    <w:rsid w:val="00367C15"/>
    <w:rsid w:val="003C3F7C"/>
    <w:rsid w:val="00423A21"/>
    <w:rsid w:val="005F0869"/>
    <w:rsid w:val="005F3CF7"/>
    <w:rsid w:val="007506D1"/>
    <w:rsid w:val="008A2A84"/>
    <w:rsid w:val="00970A55"/>
    <w:rsid w:val="00AA1D8D"/>
    <w:rsid w:val="00B47730"/>
    <w:rsid w:val="00B57937"/>
    <w:rsid w:val="00BB6AD2"/>
    <w:rsid w:val="00CB0664"/>
    <w:rsid w:val="00D10337"/>
    <w:rsid w:val="00D1476B"/>
    <w:rsid w:val="00D818ED"/>
    <w:rsid w:val="00E87916"/>
    <w:rsid w:val="00F60B13"/>
    <w:rsid w:val="00FC693F"/>
    <w:rsid w:val="00FF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D6BC508-0BA4-488D-8F0D-506BF722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8A2A84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A6553E-571E-4C07-A777-50DEA0F1B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7689</Words>
  <Characters>4383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12048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User_RTX</cp:lastModifiedBy>
  <cp:revision>6</cp:revision>
  <dcterms:created xsi:type="dcterms:W3CDTF">2026-08-19T21:59:00Z</dcterms:created>
  <dcterms:modified xsi:type="dcterms:W3CDTF">2026-08-20T12:12:00Z</dcterms:modified>
  <cp:category/>
</cp:coreProperties>
</file>