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5D9" w:rsidRPr="00515787" w:rsidRDefault="00652776">
      <w:pPr>
        <w:spacing w:after="60"/>
        <w:jc w:val="center"/>
        <w:rPr>
          <w:lang w:val="uk-UA"/>
        </w:rPr>
      </w:pPr>
      <w:r w:rsidRPr="00515787">
        <w:rPr>
          <w:noProof/>
          <w:lang w:val="uk-UA" w:eastAsia="uk-UA"/>
        </w:rPr>
        <w:drawing>
          <wp:inline distT="0" distB="0" distL="0" distR="0">
            <wp:extent cx="3311999" cy="9588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000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11999" cy="95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5D9" w:rsidRPr="00515787" w:rsidRDefault="00652776">
      <w:pPr>
        <w:spacing w:after="40"/>
        <w:jc w:val="center"/>
        <w:rPr>
          <w:lang w:val="uk-UA"/>
        </w:rPr>
      </w:pPr>
      <w:r w:rsidRPr="00515787">
        <w:rPr>
          <w:b/>
          <w:color w:val="000000"/>
          <w:lang w:val="uk-UA"/>
        </w:rPr>
        <w:t>БЛАГОДІЙНА ОРГАНІЗАЦІЯ</w:t>
      </w:r>
    </w:p>
    <w:p w:rsidR="009B25D9" w:rsidRPr="00515787" w:rsidRDefault="00652776">
      <w:pPr>
        <w:spacing w:after="40"/>
        <w:jc w:val="center"/>
        <w:rPr>
          <w:lang w:val="uk-UA"/>
        </w:rPr>
      </w:pPr>
      <w:r w:rsidRPr="00515787">
        <w:rPr>
          <w:b/>
          <w:color w:val="000000"/>
          <w:lang w:val="uk-UA"/>
        </w:rPr>
        <w:t>«БЛАГОДІЙНИЙ ФОНД ВОЛОНТЕРИ : ДОРОСЛІ-ДІТЯМ»</w:t>
      </w:r>
    </w:p>
    <w:p w:rsidR="009B25D9" w:rsidRPr="00515787" w:rsidRDefault="00652776">
      <w:pPr>
        <w:spacing w:after="40"/>
        <w:jc w:val="center"/>
        <w:rPr>
          <w:lang w:val="uk-UA"/>
        </w:rPr>
      </w:pPr>
      <w:r w:rsidRPr="00515787">
        <w:rPr>
          <w:color w:val="000000"/>
          <w:sz w:val="20"/>
          <w:lang w:val="uk-UA"/>
        </w:rPr>
        <w:t>Код ЄДРПОУ 40585329. 61108, м. Харків, вул. Архітекторів, 34, кв.114. +38(050) 911-88-21</w:t>
      </w:r>
    </w:p>
    <w:p w:rsidR="009B25D9" w:rsidRPr="00515787" w:rsidRDefault="009B25D9">
      <w:pPr>
        <w:pBdr>
          <w:bottom w:val="single" w:sz="6" w:space="1" w:color="000000"/>
        </w:pBdr>
        <w:spacing w:before="20" w:after="140"/>
        <w:rPr>
          <w:lang w:val="uk-UA"/>
        </w:rPr>
      </w:pPr>
    </w:p>
    <w:p w:rsidR="009B25D9" w:rsidRPr="00515787" w:rsidRDefault="00652776">
      <w:pPr>
        <w:keepNext/>
        <w:spacing w:after="80" w:line="247" w:lineRule="auto"/>
        <w:jc w:val="right"/>
        <w:rPr>
          <w:lang w:val="uk-UA"/>
        </w:rPr>
      </w:pPr>
      <w:r w:rsidRPr="00515787">
        <w:rPr>
          <w:color w:val="000000"/>
          <w:sz w:val="20"/>
          <w:lang w:val="uk-UA"/>
        </w:rPr>
        <w:t>Додаток № 1 до Оголошення</w:t>
      </w:r>
      <w:r w:rsidRPr="00515787">
        <w:rPr>
          <w:color w:val="000000"/>
          <w:sz w:val="20"/>
          <w:lang w:val="uk-UA"/>
        </w:rPr>
        <w:br/>
        <w:t>до Тендеру № 2026/0</w:t>
      </w:r>
      <w:r w:rsidR="001377B2" w:rsidRPr="00515787">
        <w:rPr>
          <w:color w:val="000000"/>
          <w:sz w:val="20"/>
          <w:lang w:val="uk-UA"/>
        </w:rPr>
        <w:t>8</w:t>
      </w:r>
      <w:r w:rsidRPr="00515787">
        <w:rPr>
          <w:color w:val="000000"/>
          <w:sz w:val="20"/>
          <w:lang w:val="uk-UA"/>
        </w:rPr>
        <w:t>/</w:t>
      </w:r>
      <w:r w:rsidR="001377B2" w:rsidRPr="00515787">
        <w:rPr>
          <w:color w:val="000000"/>
          <w:sz w:val="20"/>
          <w:lang w:val="uk-UA"/>
        </w:rPr>
        <w:t>31</w:t>
      </w:r>
      <w:r w:rsidRPr="00515787">
        <w:rPr>
          <w:color w:val="000000"/>
          <w:sz w:val="20"/>
          <w:lang w:val="uk-UA"/>
        </w:rPr>
        <w:t>-1 ВС</w:t>
      </w:r>
    </w:p>
    <w:p w:rsidR="009B25D9" w:rsidRPr="00515787" w:rsidRDefault="00652776">
      <w:pPr>
        <w:keepNext/>
        <w:spacing w:before="160" w:after="120"/>
        <w:jc w:val="center"/>
        <w:rPr>
          <w:lang w:val="uk-UA"/>
        </w:rPr>
      </w:pPr>
      <w:r w:rsidRPr="00515787">
        <w:rPr>
          <w:b/>
          <w:color w:val="000000"/>
          <w:sz w:val="24"/>
          <w:lang w:val="uk-UA"/>
        </w:rPr>
        <w:t>ТЕНДЕРНА ФОРМА</w:t>
      </w:r>
      <w:r w:rsidRPr="00515787">
        <w:rPr>
          <w:b/>
          <w:color w:val="000000"/>
          <w:sz w:val="24"/>
          <w:lang w:val="uk-UA"/>
        </w:rPr>
        <w:br/>
        <w:t>(Цінова пропозиція)</w:t>
      </w:r>
    </w:p>
    <w:p w:rsidR="009B25D9" w:rsidRPr="00515787" w:rsidRDefault="00652776">
      <w:pPr>
        <w:spacing w:after="80" w:line="247" w:lineRule="auto"/>
        <w:ind w:firstLine="425"/>
        <w:jc w:val="both"/>
        <w:rPr>
          <w:lang w:val="uk-UA"/>
        </w:rPr>
      </w:pPr>
      <w:r w:rsidRPr="00515787">
        <w:rPr>
          <w:color w:val="000000"/>
          <w:lang w:val="uk-UA"/>
        </w:rPr>
        <w:t>Особа, що підписалася нижче, ознайомившись з умовами та положеннями цього Тендеру, подає пропозицію щодо товарів, зазначених у тендерній документації.</w:t>
      </w:r>
    </w:p>
    <w:p w:rsidR="009B25D9" w:rsidRPr="00515787" w:rsidRDefault="00652776">
      <w:pPr>
        <w:keepNext/>
        <w:spacing w:before="160" w:after="120"/>
        <w:jc w:val="center"/>
        <w:rPr>
          <w:lang w:val="uk-UA"/>
        </w:rPr>
      </w:pPr>
      <w:r w:rsidRPr="00515787">
        <w:rPr>
          <w:b/>
          <w:color w:val="000000"/>
          <w:sz w:val="24"/>
          <w:lang w:val="uk-UA"/>
        </w:rPr>
        <w:t>Відомості про учасника процедури закупівлі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4"/>
        <w:gridCol w:w="5860"/>
      </w:tblGrid>
      <w:tr w:rsidR="009B25D9" w:rsidRPr="00515787" w:rsidTr="00515787">
        <w:trPr>
          <w:cantSplit/>
          <w:trHeight w:val="490"/>
          <w:jc w:val="center"/>
        </w:trPr>
        <w:tc>
          <w:tcPr>
            <w:tcW w:w="3964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2666A9" w:rsidRPr="00515787" w:rsidRDefault="00652776">
            <w:pPr>
              <w:rPr>
                <w:b/>
                <w:color w:val="000000"/>
                <w:sz w:val="24"/>
                <w:szCs w:val="24"/>
                <w:lang w:val="uk-UA"/>
              </w:rPr>
            </w:pPr>
            <w:r w:rsidRPr="00515787">
              <w:rPr>
                <w:b/>
                <w:color w:val="000000"/>
                <w:sz w:val="24"/>
                <w:szCs w:val="24"/>
                <w:lang w:val="uk-UA"/>
              </w:rPr>
              <w:t>Найменування закупівлі</w:t>
            </w:r>
          </w:p>
        </w:tc>
        <w:tc>
          <w:tcPr>
            <w:tcW w:w="586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1377B2">
            <w:pPr>
              <w:rPr>
                <w:lang w:val="uk-UA"/>
              </w:rPr>
            </w:pPr>
            <w:r w:rsidRPr="00515787">
              <w:rPr>
                <w:color w:val="000000"/>
                <w:lang w:val="uk-UA"/>
              </w:rPr>
              <w:t>Гігієнічні набори з підгузками</w:t>
            </w:r>
          </w:p>
        </w:tc>
      </w:tr>
      <w:tr w:rsidR="009B25D9" w:rsidRPr="00515787" w:rsidTr="00515787">
        <w:trPr>
          <w:cantSplit/>
          <w:jc w:val="center"/>
        </w:trPr>
        <w:tc>
          <w:tcPr>
            <w:tcW w:w="3964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652776">
            <w:pPr>
              <w:rPr>
                <w:b/>
                <w:color w:val="000000"/>
                <w:lang w:val="uk-UA"/>
              </w:rPr>
            </w:pPr>
            <w:r w:rsidRPr="00515787">
              <w:rPr>
                <w:b/>
                <w:color w:val="000000"/>
                <w:lang w:val="uk-UA"/>
              </w:rPr>
              <w:t>Повне найменування учасника</w:t>
            </w:r>
          </w:p>
          <w:p w:rsidR="002666A9" w:rsidRPr="00515787" w:rsidRDefault="002666A9">
            <w:pPr>
              <w:rPr>
                <w:lang w:val="uk-UA"/>
              </w:rPr>
            </w:pPr>
          </w:p>
        </w:tc>
        <w:tc>
          <w:tcPr>
            <w:tcW w:w="586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9B25D9">
            <w:pPr>
              <w:rPr>
                <w:lang w:val="uk-UA"/>
              </w:rPr>
            </w:pPr>
          </w:p>
        </w:tc>
      </w:tr>
      <w:tr w:rsidR="009B25D9" w:rsidRPr="00515787" w:rsidTr="00515787">
        <w:trPr>
          <w:cantSplit/>
          <w:jc w:val="center"/>
        </w:trPr>
        <w:tc>
          <w:tcPr>
            <w:tcW w:w="3964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652776">
            <w:pPr>
              <w:rPr>
                <w:b/>
                <w:color w:val="000000"/>
                <w:lang w:val="uk-UA"/>
              </w:rPr>
            </w:pPr>
            <w:r w:rsidRPr="00515787">
              <w:rPr>
                <w:b/>
                <w:color w:val="000000"/>
                <w:lang w:val="uk-UA"/>
              </w:rPr>
              <w:t>Код ЄДРПОУ / РНОКПП</w:t>
            </w:r>
          </w:p>
          <w:p w:rsidR="002666A9" w:rsidRPr="00515787" w:rsidRDefault="002666A9">
            <w:pPr>
              <w:rPr>
                <w:lang w:val="uk-UA"/>
              </w:rPr>
            </w:pPr>
          </w:p>
        </w:tc>
        <w:tc>
          <w:tcPr>
            <w:tcW w:w="586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9B25D9">
            <w:pPr>
              <w:rPr>
                <w:lang w:val="uk-UA"/>
              </w:rPr>
            </w:pPr>
          </w:p>
        </w:tc>
      </w:tr>
      <w:tr w:rsidR="009B25D9" w:rsidRPr="00515787" w:rsidTr="00515787">
        <w:trPr>
          <w:cantSplit/>
          <w:jc w:val="center"/>
        </w:trPr>
        <w:tc>
          <w:tcPr>
            <w:tcW w:w="3964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652776">
            <w:pPr>
              <w:rPr>
                <w:b/>
                <w:color w:val="000000"/>
                <w:lang w:val="uk-UA"/>
              </w:rPr>
            </w:pPr>
            <w:r w:rsidRPr="00515787">
              <w:rPr>
                <w:b/>
                <w:color w:val="000000"/>
                <w:lang w:val="uk-UA"/>
              </w:rPr>
              <w:t>Статус платника податків</w:t>
            </w:r>
          </w:p>
          <w:p w:rsidR="002666A9" w:rsidRPr="00515787" w:rsidRDefault="002666A9">
            <w:pPr>
              <w:rPr>
                <w:lang w:val="uk-UA"/>
              </w:rPr>
            </w:pPr>
          </w:p>
        </w:tc>
        <w:tc>
          <w:tcPr>
            <w:tcW w:w="586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9B25D9">
            <w:pPr>
              <w:rPr>
                <w:lang w:val="uk-UA"/>
              </w:rPr>
            </w:pPr>
          </w:p>
        </w:tc>
      </w:tr>
      <w:tr w:rsidR="009B25D9" w:rsidRPr="00515787" w:rsidTr="00515787">
        <w:trPr>
          <w:cantSplit/>
          <w:trHeight w:val="550"/>
          <w:jc w:val="center"/>
        </w:trPr>
        <w:tc>
          <w:tcPr>
            <w:tcW w:w="3964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2666A9" w:rsidRPr="00515787" w:rsidRDefault="00515787">
            <w:pPr>
              <w:rPr>
                <w:lang w:val="uk-UA"/>
              </w:rPr>
            </w:pPr>
            <w:r w:rsidRPr="00515787">
              <w:rPr>
                <w:b/>
                <w:color w:val="000000"/>
                <w:lang w:val="uk-UA"/>
              </w:rPr>
              <w:t xml:space="preserve">Юридична/поштова адреса </w:t>
            </w:r>
          </w:p>
        </w:tc>
        <w:tc>
          <w:tcPr>
            <w:tcW w:w="586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9B25D9">
            <w:pPr>
              <w:rPr>
                <w:lang w:val="uk-UA"/>
              </w:rPr>
            </w:pPr>
          </w:p>
        </w:tc>
      </w:tr>
      <w:tr w:rsidR="009B25D9" w:rsidRPr="00515787" w:rsidTr="00515787">
        <w:trPr>
          <w:cantSplit/>
          <w:jc w:val="center"/>
        </w:trPr>
        <w:tc>
          <w:tcPr>
            <w:tcW w:w="3964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652776">
            <w:pPr>
              <w:rPr>
                <w:b/>
                <w:color w:val="000000"/>
                <w:lang w:val="uk-UA"/>
              </w:rPr>
            </w:pPr>
            <w:r w:rsidRPr="00515787">
              <w:rPr>
                <w:b/>
                <w:color w:val="000000"/>
                <w:lang w:val="uk-UA"/>
              </w:rPr>
              <w:t>Телефон</w:t>
            </w:r>
          </w:p>
          <w:p w:rsidR="002666A9" w:rsidRPr="00515787" w:rsidRDefault="002666A9">
            <w:pPr>
              <w:rPr>
                <w:lang w:val="uk-UA"/>
              </w:rPr>
            </w:pPr>
          </w:p>
        </w:tc>
        <w:tc>
          <w:tcPr>
            <w:tcW w:w="586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9B25D9">
            <w:pPr>
              <w:rPr>
                <w:lang w:val="uk-UA"/>
              </w:rPr>
            </w:pPr>
          </w:p>
        </w:tc>
      </w:tr>
      <w:tr w:rsidR="009B25D9" w:rsidRPr="00515787" w:rsidTr="00515787">
        <w:trPr>
          <w:cantSplit/>
          <w:jc w:val="center"/>
        </w:trPr>
        <w:tc>
          <w:tcPr>
            <w:tcW w:w="3964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652776">
            <w:pPr>
              <w:rPr>
                <w:b/>
                <w:color w:val="000000"/>
                <w:lang w:val="uk-UA"/>
              </w:rPr>
            </w:pPr>
            <w:r w:rsidRPr="00515787">
              <w:rPr>
                <w:b/>
                <w:color w:val="000000"/>
                <w:lang w:val="uk-UA"/>
              </w:rPr>
              <w:t>E-</w:t>
            </w:r>
            <w:proofErr w:type="spellStart"/>
            <w:r w:rsidRPr="00515787">
              <w:rPr>
                <w:b/>
                <w:color w:val="000000"/>
                <w:lang w:val="uk-UA"/>
              </w:rPr>
              <w:t>mail</w:t>
            </w:r>
            <w:proofErr w:type="spellEnd"/>
          </w:p>
          <w:p w:rsidR="002666A9" w:rsidRPr="00515787" w:rsidRDefault="002666A9">
            <w:pPr>
              <w:rPr>
                <w:lang w:val="uk-UA"/>
              </w:rPr>
            </w:pPr>
          </w:p>
        </w:tc>
        <w:tc>
          <w:tcPr>
            <w:tcW w:w="586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9B25D9">
            <w:pPr>
              <w:rPr>
                <w:lang w:val="uk-UA"/>
              </w:rPr>
            </w:pPr>
          </w:p>
        </w:tc>
      </w:tr>
      <w:tr w:rsidR="009B25D9" w:rsidRPr="00515787" w:rsidTr="00515787">
        <w:trPr>
          <w:cantSplit/>
          <w:jc w:val="center"/>
        </w:trPr>
        <w:tc>
          <w:tcPr>
            <w:tcW w:w="3964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652776">
            <w:pPr>
              <w:rPr>
                <w:b/>
                <w:color w:val="000000"/>
                <w:lang w:val="uk-UA"/>
              </w:rPr>
            </w:pPr>
            <w:r w:rsidRPr="00515787">
              <w:rPr>
                <w:b/>
                <w:color w:val="000000"/>
                <w:lang w:val="uk-UA"/>
              </w:rPr>
              <w:t>Контактна особа</w:t>
            </w:r>
          </w:p>
          <w:p w:rsidR="002666A9" w:rsidRPr="00515787" w:rsidRDefault="002666A9">
            <w:pPr>
              <w:rPr>
                <w:lang w:val="uk-UA"/>
              </w:rPr>
            </w:pPr>
          </w:p>
        </w:tc>
        <w:tc>
          <w:tcPr>
            <w:tcW w:w="586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9B25D9">
            <w:pPr>
              <w:rPr>
                <w:lang w:val="uk-UA"/>
              </w:rPr>
            </w:pPr>
          </w:p>
        </w:tc>
      </w:tr>
      <w:tr w:rsidR="009B25D9" w:rsidRPr="00515787" w:rsidTr="00515787">
        <w:trPr>
          <w:cantSplit/>
          <w:jc w:val="center"/>
        </w:trPr>
        <w:tc>
          <w:tcPr>
            <w:tcW w:w="3964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652776">
            <w:pPr>
              <w:rPr>
                <w:b/>
                <w:color w:val="000000"/>
                <w:lang w:val="uk-UA"/>
              </w:rPr>
            </w:pPr>
            <w:r w:rsidRPr="00515787">
              <w:rPr>
                <w:b/>
                <w:color w:val="000000"/>
                <w:lang w:val="uk-UA"/>
              </w:rPr>
              <w:t>Обраний лот / лоти</w:t>
            </w:r>
          </w:p>
          <w:p w:rsidR="002666A9" w:rsidRPr="00515787" w:rsidRDefault="002666A9">
            <w:pPr>
              <w:rPr>
                <w:lang w:val="uk-UA"/>
              </w:rPr>
            </w:pPr>
          </w:p>
        </w:tc>
        <w:tc>
          <w:tcPr>
            <w:tcW w:w="586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9B25D9">
            <w:pPr>
              <w:rPr>
                <w:lang w:val="uk-UA"/>
              </w:rPr>
            </w:pPr>
          </w:p>
        </w:tc>
      </w:tr>
      <w:tr w:rsidR="009B25D9" w:rsidRPr="00515787" w:rsidTr="00515787">
        <w:trPr>
          <w:cantSplit/>
          <w:jc w:val="center"/>
        </w:trPr>
        <w:tc>
          <w:tcPr>
            <w:tcW w:w="3964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652776">
            <w:pPr>
              <w:rPr>
                <w:b/>
                <w:color w:val="000000"/>
                <w:lang w:val="uk-UA"/>
              </w:rPr>
            </w:pPr>
            <w:r w:rsidRPr="00515787">
              <w:rPr>
                <w:b/>
                <w:color w:val="000000"/>
                <w:lang w:val="uk-UA"/>
              </w:rPr>
              <w:t>Умови оплати</w:t>
            </w:r>
          </w:p>
          <w:p w:rsidR="002666A9" w:rsidRPr="00515787" w:rsidRDefault="002666A9">
            <w:pPr>
              <w:rPr>
                <w:lang w:val="uk-UA"/>
              </w:rPr>
            </w:pPr>
          </w:p>
        </w:tc>
        <w:tc>
          <w:tcPr>
            <w:tcW w:w="586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9B25D9">
            <w:pPr>
              <w:rPr>
                <w:lang w:val="uk-UA"/>
              </w:rPr>
            </w:pPr>
          </w:p>
        </w:tc>
      </w:tr>
      <w:tr w:rsidR="009B25D9" w:rsidRPr="00515787" w:rsidTr="00515787">
        <w:trPr>
          <w:cantSplit/>
          <w:jc w:val="center"/>
        </w:trPr>
        <w:tc>
          <w:tcPr>
            <w:tcW w:w="3964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652776">
            <w:pPr>
              <w:rPr>
                <w:b/>
                <w:color w:val="000000"/>
                <w:lang w:val="uk-UA"/>
              </w:rPr>
            </w:pPr>
            <w:r w:rsidRPr="00515787">
              <w:rPr>
                <w:b/>
                <w:color w:val="000000"/>
                <w:lang w:val="uk-UA"/>
              </w:rPr>
              <w:t>Строк поставки</w:t>
            </w:r>
            <w:r w:rsidR="00515787" w:rsidRPr="00515787">
              <w:rPr>
                <w:b/>
                <w:color w:val="000000"/>
                <w:lang w:val="uk-UA"/>
              </w:rPr>
              <w:t xml:space="preserve"> в календарних днях </w:t>
            </w:r>
            <w:r w:rsidR="00515787" w:rsidRPr="00515787">
              <w:rPr>
                <w:b/>
                <w:color w:val="000000"/>
                <w:lang w:val="uk-UA"/>
              </w:rPr>
              <w:br/>
            </w:r>
            <w:r w:rsidR="00515787" w:rsidRPr="00515787">
              <w:rPr>
                <w:b/>
                <w:color w:val="FF0000"/>
                <w:lang w:val="uk-UA"/>
              </w:rPr>
              <w:t>(Умова - не пізніше 30.09.2026 р.)</w:t>
            </w:r>
          </w:p>
          <w:p w:rsidR="002666A9" w:rsidRPr="00515787" w:rsidRDefault="002666A9">
            <w:pPr>
              <w:rPr>
                <w:lang w:val="uk-UA"/>
              </w:rPr>
            </w:pPr>
          </w:p>
        </w:tc>
        <w:tc>
          <w:tcPr>
            <w:tcW w:w="586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9B25D9">
            <w:pPr>
              <w:rPr>
                <w:lang w:val="uk-UA"/>
              </w:rPr>
            </w:pPr>
          </w:p>
        </w:tc>
      </w:tr>
      <w:tr w:rsidR="00515787" w:rsidRPr="00515787" w:rsidTr="00515787">
        <w:trPr>
          <w:cantSplit/>
          <w:trHeight w:val="583"/>
          <w:jc w:val="center"/>
        </w:trPr>
        <w:tc>
          <w:tcPr>
            <w:tcW w:w="3964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515787" w:rsidRPr="00515787" w:rsidRDefault="00515787" w:rsidP="00515787">
            <w:pPr>
              <w:rPr>
                <w:b/>
                <w:lang w:val="uk-UA"/>
              </w:rPr>
            </w:pPr>
            <w:r w:rsidRPr="00515787">
              <w:rPr>
                <w:b/>
                <w:lang w:val="uk-UA"/>
              </w:rPr>
              <w:t>Строк дії пропозиції</w:t>
            </w:r>
          </w:p>
        </w:tc>
        <w:tc>
          <w:tcPr>
            <w:tcW w:w="586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515787" w:rsidRPr="00515787" w:rsidRDefault="00515787" w:rsidP="00515787">
            <w:pPr>
              <w:rPr>
                <w:lang w:val="uk-UA"/>
              </w:rPr>
            </w:pPr>
          </w:p>
        </w:tc>
      </w:tr>
      <w:tr w:rsidR="009B25D9" w:rsidRPr="00515787" w:rsidTr="00515787">
        <w:trPr>
          <w:cantSplit/>
          <w:jc w:val="center"/>
        </w:trPr>
        <w:tc>
          <w:tcPr>
            <w:tcW w:w="3964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652776">
            <w:pPr>
              <w:rPr>
                <w:b/>
                <w:color w:val="000000"/>
                <w:lang w:val="uk-UA"/>
              </w:rPr>
            </w:pPr>
            <w:r w:rsidRPr="00515787">
              <w:rPr>
                <w:b/>
                <w:color w:val="000000"/>
                <w:lang w:val="uk-UA"/>
              </w:rPr>
              <w:t>Додаткова інформація</w:t>
            </w:r>
          </w:p>
          <w:p w:rsidR="002666A9" w:rsidRPr="00515787" w:rsidRDefault="002666A9">
            <w:pPr>
              <w:rPr>
                <w:lang w:val="uk-UA"/>
              </w:rPr>
            </w:pPr>
          </w:p>
        </w:tc>
        <w:tc>
          <w:tcPr>
            <w:tcW w:w="586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9B25D9" w:rsidRPr="00515787" w:rsidRDefault="009B25D9">
            <w:pPr>
              <w:rPr>
                <w:lang w:val="uk-UA"/>
              </w:rPr>
            </w:pPr>
          </w:p>
        </w:tc>
      </w:tr>
    </w:tbl>
    <w:p w:rsidR="009B25D9" w:rsidRPr="00515787" w:rsidRDefault="00652776" w:rsidP="00515787">
      <w:pPr>
        <w:keepNext/>
        <w:pageBreakBefore/>
        <w:spacing w:before="160" w:after="120"/>
        <w:jc w:val="center"/>
        <w:rPr>
          <w:lang w:val="uk-UA"/>
        </w:rPr>
      </w:pPr>
      <w:r w:rsidRPr="00515787">
        <w:rPr>
          <w:b/>
          <w:color w:val="000000"/>
          <w:sz w:val="24"/>
          <w:lang w:val="uk-UA"/>
        </w:rPr>
        <w:lastRenderedPageBreak/>
        <w:t>Підтвердження учасника</w:t>
      </w:r>
    </w:p>
    <w:p w:rsidR="00F34C36" w:rsidRPr="00515787" w:rsidRDefault="00F34C36" w:rsidP="00515787">
      <w:pPr>
        <w:pStyle w:val="ae"/>
        <w:numPr>
          <w:ilvl w:val="0"/>
          <w:numId w:val="11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  <w:lang w:val="uk-UA" w:eastAsia="uk-UA"/>
        </w:rPr>
      </w:pPr>
      <w:r w:rsidRPr="00515787">
        <w:rPr>
          <w:rFonts w:cs="Times New Roman"/>
          <w:sz w:val="24"/>
          <w:szCs w:val="24"/>
          <w:lang w:val="uk-UA" w:eastAsia="uk-UA"/>
        </w:rPr>
        <w:t>Ми надаємо тендерну пропозицію у відповідь на оголошення БО «БФ «Волонтери: Дорослі-Дітям» щодо Тендеру № 2026/0</w:t>
      </w:r>
      <w:r w:rsidR="00515787" w:rsidRPr="00515787">
        <w:rPr>
          <w:rFonts w:cs="Times New Roman"/>
          <w:sz w:val="24"/>
          <w:szCs w:val="24"/>
          <w:lang w:val="uk-UA" w:eastAsia="uk-UA"/>
        </w:rPr>
        <w:t>8</w:t>
      </w:r>
      <w:r w:rsidRPr="00515787">
        <w:rPr>
          <w:rFonts w:cs="Times New Roman"/>
          <w:sz w:val="24"/>
          <w:szCs w:val="24"/>
          <w:lang w:val="uk-UA" w:eastAsia="uk-UA"/>
        </w:rPr>
        <w:t>/</w:t>
      </w:r>
      <w:r w:rsidR="00515787" w:rsidRPr="00515787">
        <w:rPr>
          <w:rFonts w:cs="Times New Roman"/>
          <w:sz w:val="24"/>
          <w:szCs w:val="24"/>
          <w:lang w:val="uk-UA" w:eastAsia="uk-UA"/>
        </w:rPr>
        <w:t>31</w:t>
      </w:r>
      <w:r w:rsidRPr="00515787">
        <w:rPr>
          <w:rFonts w:cs="Times New Roman"/>
          <w:sz w:val="24"/>
          <w:szCs w:val="24"/>
          <w:lang w:val="uk-UA" w:eastAsia="uk-UA"/>
        </w:rPr>
        <w:t xml:space="preserve">-1 ВС від </w:t>
      </w:r>
      <w:r w:rsidR="00515787" w:rsidRPr="00515787">
        <w:rPr>
          <w:rFonts w:cs="Times New Roman"/>
          <w:sz w:val="24"/>
          <w:szCs w:val="24"/>
          <w:lang w:val="uk-UA" w:eastAsia="uk-UA"/>
        </w:rPr>
        <w:t>31</w:t>
      </w:r>
      <w:r w:rsidRPr="00515787">
        <w:rPr>
          <w:rFonts w:cs="Times New Roman"/>
          <w:sz w:val="24"/>
          <w:szCs w:val="24"/>
          <w:lang w:val="uk-UA" w:eastAsia="uk-UA"/>
        </w:rPr>
        <w:t>.0</w:t>
      </w:r>
      <w:r w:rsidR="00515787" w:rsidRPr="00515787">
        <w:rPr>
          <w:rFonts w:cs="Times New Roman"/>
          <w:sz w:val="24"/>
          <w:szCs w:val="24"/>
          <w:lang w:val="uk-UA" w:eastAsia="uk-UA"/>
        </w:rPr>
        <w:t>8</w:t>
      </w:r>
      <w:r w:rsidRPr="00515787">
        <w:rPr>
          <w:rFonts w:cs="Times New Roman"/>
          <w:sz w:val="24"/>
          <w:szCs w:val="24"/>
          <w:lang w:val="uk-UA" w:eastAsia="uk-UA"/>
        </w:rPr>
        <w:t xml:space="preserve">.2026 року відповідно до технічних та інших вимог Замовника. </w:t>
      </w:r>
    </w:p>
    <w:p w:rsidR="00F34C36" w:rsidRPr="00515787" w:rsidRDefault="00F34C36" w:rsidP="00515787">
      <w:pPr>
        <w:pStyle w:val="ae"/>
        <w:numPr>
          <w:ilvl w:val="0"/>
          <w:numId w:val="11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  <w:lang w:val="uk-UA" w:eastAsia="uk-UA"/>
        </w:rPr>
      </w:pPr>
      <w:r w:rsidRPr="00515787">
        <w:rPr>
          <w:rFonts w:cs="Times New Roman"/>
          <w:sz w:val="24"/>
          <w:szCs w:val="24"/>
          <w:lang w:val="uk-UA" w:eastAsia="uk-UA"/>
        </w:rPr>
        <w:t xml:space="preserve">Підтверджуємо, що ознайомилися з тендерною документацією, погоджуємося з її умовами та зобов’язуємося виконати визначені Замовником зобов’язання за ціною, зазначеною в нашій пропозиції. </w:t>
      </w:r>
      <w:r w:rsidR="00515787" w:rsidRPr="00515787">
        <w:rPr>
          <w:rFonts w:cs="Times New Roman"/>
          <w:sz w:val="24"/>
          <w:szCs w:val="24"/>
          <w:lang w:val="uk-UA" w:eastAsia="uk-UA"/>
        </w:rPr>
        <w:t>У запропоновану ціну включено товари, податки, збори, комплектування, пакування, маркування, доставку кожної коробки та інші супутні витрати; доставка окремою позицією не виділяється</w:t>
      </w:r>
      <w:r w:rsidRPr="00515787">
        <w:rPr>
          <w:rFonts w:cs="Times New Roman"/>
          <w:sz w:val="24"/>
          <w:szCs w:val="24"/>
          <w:lang w:val="uk-UA" w:eastAsia="uk-UA"/>
        </w:rPr>
        <w:t xml:space="preserve">. </w:t>
      </w:r>
    </w:p>
    <w:p w:rsidR="00F34C36" w:rsidRPr="00515787" w:rsidRDefault="00F34C36" w:rsidP="00515787">
      <w:pPr>
        <w:pStyle w:val="ae"/>
        <w:numPr>
          <w:ilvl w:val="0"/>
          <w:numId w:val="11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  <w:lang w:val="uk-UA" w:eastAsia="uk-UA"/>
        </w:rPr>
      </w:pPr>
      <w:r w:rsidRPr="00515787">
        <w:rPr>
          <w:rFonts w:cs="Times New Roman"/>
          <w:sz w:val="24"/>
          <w:szCs w:val="24"/>
          <w:lang w:val="uk-UA" w:eastAsia="uk-UA"/>
        </w:rPr>
        <w:t xml:space="preserve">Підтверджуємо, що не перебуваємо у стані припинення, ліквідації чи банкрутства, діяльність не зупинена і не заборонена та ми маємо достатні матеріальні, фінансові й організаційні ресурси для виконання зобов’язань за договором. </w:t>
      </w:r>
    </w:p>
    <w:p w:rsidR="00F34C36" w:rsidRPr="00515787" w:rsidRDefault="00F34C36" w:rsidP="00515787">
      <w:pPr>
        <w:pStyle w:val="ae"/>
        <w:numPr>
          <w:ilvl w:val="0"/>
          <w:numId w:val="11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  <w:lang w:val="uk-UA" w:eastAsia="uk-UA"/>
        </w:rPr>
      </w:pPr>
      <w:r w:rsidRPr="00515787">
        <w:rPr>
          <w:rFonts w:cs="Times New Roman"/>
          <w:sz w:val="24"/>
          <w:szCs w:val="24"/>
          <w:lang w:val="uk-UA" w:eastAsia="uk-UA"/>
        </w:rPr>
        <w:t xml:space="preserve">Підтверджуємо відсутність обставин конфлікту інтересів між нами та Замовником, зокрема родинних, особистих, політичних, економічних або інших </w:t>
      </w:r>
      <w:proofErr w:type="spellStart"/>
      <w:r w:rsidRPr="00515787">
        <w:rPr>
          <w:rFonts w:cs="Times New Roman"/>
          <w:sz w:val="24"/>
          <w:szCs w:val="24"/>
          <w:lang w:val="uk-UA" w:eastAsia="uk-UA"/>
        </w:rPr>
        <w:t>зв’язків</w:t>
      </w:r>
      <w:proofErr w:type="spellEnd"/>
      <w:r w:rsidRPr="00515787">
        <w:rPr>
          <w:rFonts w:cs="Times New Roman"/>
          <w:sz w:val="24"/>
          <w:szCs w:val="24"/>
          <w:lang w:val="uk-UA" w:eastAsia="uk-UA"/>
        </w:rPr>
        <w:t xml:space="preserve">, що можуть вплинути на об’єктивність проведення закупівлі. </w:t>
      </w:r>
    </w:p>
    <w:p w:rsidR="00515787" w:rsidRPr="00515787" w:rsidRDefault="00515787" w:rsidP="00515787">
      <w:pPr>
        <w:pStyle w:val="ae"/>
        <w:numPr>
          <w:ilvl w:val="0"/>
          <w:numId w:val="11"/>
        </w:numPr>
        <w:ind w:left="0" w:firstLine="0"/>
        <w:jc w:val="both"/>
        <w:rPr>
          <w:rFonts w:cs="Times New Roman"/>
          <w:lang w:val="uk-UA" w:eastAsia="uk-UA"/>
        </w:rPr>
      </w:pPr>
      <w:r w:rsidRPr="00515787">
        <w:rPr>
          <w:rFonts w:cs="Times New Roman"/>
          <w:lang w:val="uk-UA" w:eastAsia="uk-UA"/>
        </w:rPr>
        <w:t>Запропоновані товари є новими, не були у використанні й відповідають мінімальним вимогам або мають кращі характеристики.</w:t>
      </w:r>
      <w:r w:rsidRPr="00515787">
        <w:rPr>
          <w:rFonts w:eastAsia="Arial" w:cs="Times New Roman"/>
          <w:lang w:val="uk-UA"/>
        </w:rPr>
        <w:t xml:space="preserve"> На дату поставки залишковий строк придатності товарів становитиме не менше 80 % загального строку, якщо інше письмово не погоджено Замовником.</w:t>
      </w:r>
    </w:p>
    <w:p w:rsidR="00515787" w:rsidRPr="00515787" w:rsidRDefault="00515787" w:rsidP="00515787">
      <w:pPr>
        <w:pStyle w:val="ae"/>
        <w:numPr>
          <w:ilvl w:val="0"/>
          <w:numId w:val="11"/>
        </w:numPr>
        <w:ind w:left="0" w:firstLine="0"/>
        <w:jc w:val="both"/>
        <w:rPr>
          <w:rFonts w:cs="Times New Roman"/>
          <w:lang w:val="uk-UA" w:eastAsia="uk-UA"/>
        </w:rPr>
      </w:pPr>
      <w:r w:rsidRPr="00515787">
        <w:rPr>
          <w:rFonts w:cs="Times New Roman"/>
          <w:lang w:val="uk-UA" w:eastAsia="uk-UA"/>
        </w:rPr>
        <w:t>Підтверджуємо, що надали достовірну інформацію про виробника, торгову марку, артикул, фасування, розмірну сітку та фактичні характеристики.</w:t>
      </w:r>
    </w:p>
    <w:p w:rsidR="00F34C36" w:rsidRPr="00515787" w:rsidRDefault="00F34C36" w:rsidP="00515787">
      <w:pPr>
        <w:pStyle w:val="ae"/>
        <w:numPr>
          <w:ilvl w:val="0"/>
          <w:numId w:val="11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  <w:lang w:val="uk-UA" w:eastAsia="uk-UA"/>
        </w:rPr>
      </w:pPr>
      <w:r w:rsidRPr="00515787">
        <w:rPr>
          <w:rFonts w:cs="Times New Roman"/>
          <w:sz w:val="24"/>
          <w:szCs w:val="24"/>
          <w:lang w:val="uk-UA" w:eastAsia="uk-UA"/>
        </w:rPr>
        <w:t xml:space="preserve">Підтверджуємо, що ця пропозиція є для нас обов’язковою протягом установленого тендерною документацією строку її дії. У разі обрання нашої пропозиції зобов’язуємося укласти договір не пізніше ніж протягом 7 робочих днів із моменту отримання повідомлення від Замовника. </w:t>
      </w:r>
    </w:p>
    <w:p w:rsidR="00F34C36" w:rsidRPr="00515787" w:rsidRDefault="00F34C36" w:rsidP="00515787">
      <w:pPr>
        <w:pStyle w:val="ae"/>
        <w:numPr>
          <w:ilvl w:val="0"/>
          <w:numId w:val="11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  <w:lang w:val="uk-UA" w:eastAsia="uk-UA"/>
        </w:rPr>
      </w:pPr>
      <w:r w:rsidRPr="00515787">
        <w:rPr>
          <w:rFonts w:cs="Times New Roman"/>
          <w:sz w:val="24"/>
          <w:szCs w:val="24"/>
          <w:lang w:val="uk-UA" w:eastAsia="uk-UA"/>
        </w:rPr>
        <w:t xml:space="preserve">Погоджуємося, що надані нами документи та відомості можуть використовуватися і передаватися Замовником залученим ним особам виключно для проведення закупівлі, перевірки учасника, аудиту, виконання податкових та інших законодавчих вимог. </w:t>
      </w:r>
    </w:p>
    <w:p w:rsidR="00F34C36" w:rsidRPr="00515787" w:rsidRDefault="00F34C36" w:rsidP="00515787">
      <w:pPr>
        <w:pStyle w:val="ae"/>
        <w:numPr>
          <w:ilvl w:val="0"/>
          <w:numId w:val="11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  <w:lang w:val="uk-UA" w:eastAsia="uk-UA"/>
        </w:rPr>
      </w:pPr>
      <w:r w:rsidRPr="00515787">
        <w:rPr>
          <w:rFonts w:cs="Times New Roman"/>
          <w:sz w:val="24"/>
          <w:szCs w:val="24"/>
          <w:lang w:val="uk-UA" w:eastAsia="uk-UA"/>
        </w:rPr>
        <w:t xml:space="preserve">Зобов’язуємося не розголошувати інформацію про перебіг і результати закупівлі, яка визначена Замовником конфіденційною, крім випадків, передбачених законодавством України. </w:t>
      </w:r>
    </w:p>
    <w:p w:rsidR="00F34C36" w:rsidRPr="00515787" w:rsidRDefault="00F34C36" w:rsidP="00515787">
      <w:pPr>
        <w:pStyle w:val="ae"/>
        <w:numPr>
          <w:ilvl w:val="0"/>
          <w:numId w:val="11"/>
        </w:numPr>
        <w:spacing w:after="0" w:line="240" w:lineRule="auto"/>
        <w:ind w:left="0" w:firstLine="0"/>
        <w:jc w:val="both"/>
        <w:rPr>
          <w:rFonts w:cs="Times New Roman"/>
          <w:sz w:val="24"/>
          <w:szCs w:val="24"/>
          <w:lang w:val="uk-UA" w:eastAsia="uk-UA"/>
        </w:rPr>
      </w:pPr>
      <w:r w:rsidRPr="00515787">
        <w:rPr>
          <w:rFonts w:cs="Times New Roman"/>
          <w:sz w:val="24"/>
          <w:szCs w:val="24"/>
          <w:lang w:val="uk-UA" w:eastAsia="uk-UA"/>
        </w:rPr>
        <w:t xml:space="preserve">Розуміємо та погоджуємося, що Замовник має право відхилити нашу пропозицію у випадках, передбачених тендерною документацією, а також обрати іншу пропозицію, яка за результатами оцінювання є більш вигідною та відповідає встановленим вимогам. </w:t>
      </w:r>
    </w:p>
    <w:p w:rsidR="002666A9" w:rsidRPr="00515787" w:rsidRDefault="00F34C36" w:rsidP="00515787">
      <w:pPr>
        <w:pStyle w:val="ae"/>
        <w:numPr>
          <w:ilvl w:val="0"/>
          <w:numId w:val="11"/>
        </w:numPr>
        <w:spacing w:after="40" w:line="247" w:lineRule="auto"/>
        <w:ind w:left="0" w:firstLine="0"/>
        <w:jc w:val="both"/>
        <w:rPr>
          <w:lang w:val="uk-UA"/>
        </w:rPr>
      </w:pPr>
      <w:r w:rsidRPr="00515787">
        <w:rPr>
          <w:rFonts w:cs="Times New Roman"/>
          <w:sz w:val="24"/>
          <w:szCs w:val="24"/>
          <w:lang w:val="uk-UA" w:eastAsia="uk-UA"/>
        </w:rPr>
        <w:t>Підтверджуємо достовірність усіх наданих відомостей та усвідомлюємо, що надання недостовірної інформації може бути підставою для відхилення нашої пропозиції або розірвання укладеного договору.</w:t>
      </w:r>
    </w:p>
    <w:p w:rsidR="00F34C36" w:rsidRPr="00515787" w:rsidRDefault="00F34C36" w:rsidP="00515787">
      <w:pPr>
        <w:pStyle w:val="ae"/>
        <w:spacing w:after="40" w:line="247" w:lineRule="auto"/>
        <w:jc w:val="both"/>
        <w:rPr>
          <w:lang w:val="uk-UA"/>
        </w:rPr>
      </w:pPr>
    </w:p>
    <w:p w:rsidR="002666A9" w:rsidRPr="00515787" w:rsidRDefault="00652776" w:rsidP="00515787">
      <w:pPr>
        <w:spacing w:before="160" w:after="80" w:line="247" w:lineRule="auto"/>
        <w:rPr>
          <w:color w:val="000000"/>
          <w:lang w:val="uk-UA"/>
        </w:rPr>
      </w:pPr>
      <w:r w:rsidRPr="00515787">
        <w:rPr>
          <w:color w:val="000000"/>
          <w:lang w:val="uk-UA"/>
        </w:rPr>
        <w:t xml:space="preserve">______________     </w:t>
      </w:r>
      <w:r w:rsidR="00515787" w:rsidRPr="00515787">
        <w:rPr>
          <w:color w:val="000000"/>
          <w:lang w:val="uk-UA"/>
        </w:rPr>
        <w:t xml:space="preserve">      </w:t>
      </w:r>
      <w:r w:rsidRPr="00515787">
        <w:rPr>
          <w:color w:val="000000"/>
          <w:lang w:val="uk-UA"/>
        </w:rPr>
        <w:t xml:space="preserve"> _____________________      ___________</w:t>
      </w:r>
      <w:r w:rsidR="002666A9" w:rsidRPr="00515787">
        <w:rPr>
          <w:color w:val="000000"/>
          <w:lang w:val="uk-UA"/>
        </w:rPr>
        <w:t>_______________________</w:t>
      </w:r>
    </w:p>
    <w:p w:rsidR="009B25D9" w:rsidRPr="00515787" w:rsidRDefault="002666A9" w:rsidP="00515787">
      <w:pPr>
        <w:spacing w:before="160" w:after="80" w:line="247" w:lineRule="auto"/>
        <w:ind w:left="720"/>
        <w:rPr>
          <w:sz w:val="18"/>
          <w:szCs w:val="18"/>
          <w:lang w:val="uk-UA"/>
        </w:rPr>
      </w:pPr>
      <w:r w:rsidRPr="00515787">
        <w:rPr>
          <w:color w:val="000000"/>
          <w:lang w:val="uk-UA"/>
        </w:rPr>
        <w:t xml:space="preserve">(дата)                       </w:t>
      </w:r>
      <w:r w:rsidR="00652776" w:rsidRPr="00515787">
        <w:rPr>
          <w:color w:val="000000"/>
          <w:lang w:val="uk-UA"/>
        </w:rPr>
        <w:t>(підпис)                                  (ПІБ)</w:t>
      </w:r>
      <w:r w:rsidR="00652776" w:rsidRPr="00515787">
        <w:rPr>
          <w:color w:val="000000"/>
          <w:lang w:val="uk-UA"/>
        </w:rPr>
        <w:br/>
        <w:t xml:space="preserve">                  </w:t>
      </w:r>
      <w:r w:rsidR="00515787" w:rsidRPr="00515787">
        <w:rPr>
          <w:color w:val="000000"/>
          <w:lang w:val="uk-UA"/>
        </w:rPr>
        <w:t xml:space="preserve">           </w:t>
      </w:r>
      <w:r w:rsidR="00652776" w:rsidRPr="00515787">
        <w:rPr>
          <w:color w:val="000000"/>
          <w:sz w:val="18"/>
          <w:szCs w:val="18"/>
          <w:lang w:val="uk-UA"/>
        </w:rPr>
        <w:t>М.П. (у разі використання)</w:t>
      </w:r>
    </w:p>
    <w:p w:rsidR="00515787" w:rsidRPr="00515787" w:rsidRDefault="00515787" w:rsidP="00515787">
      <w:pPr>
        <w:spacing w:before="120" w:after="40"/>
        <w:jc w:val="center"/>
        <w:rPr>
          <w:rFonts w:eastAsia="Arial" w:cs="Times New Roman"/>
          <w:b/>
          <w:color w:val="2E75B6"/>
          <w:lang w:val="uk-UA"/>
        </w:rPr>
      </w:pPr>
    </w:p>
    <w:p w:rsidR="00515787" w:rsidRPr="00515787" w:rsidRDefault="00515787" w:rsidP="00515787">
      <w:pPr>
        <w:spacing w:before="120" w:after="40"/>
        <w:jc w:val="center"/>
        <w:rPr>
          <w:rFonts w:eastAsia="Arial" w:cs="Times New Roman"/>
          <w:b/>
          <w:color w:val="2E75B6"/>
          <w:lang w:val="uk-UA"/>
        </w:rPr>
      </w:pPr>
    </w:p>
    <w:p w:rsidR="00515787" w:rsidRPr="00515787" w:rsidRDefault="00515787" w:rsidP="00515787">
      <w:pPr>
        <w:spacing w:before="120" w:after="40"/>
        <w:jc w:val="center"/>
        <w:rPr>
          <w:rFonts w:eastAsia="Arial" w:cs="Times New Roman"/>
          <w:b/>
          <w:color w:val="2E75B6"/>
          <w:lang w:val="uk-UA"/>
        </w:rPr>
      </w:pPr>
    </w:p>
    <w:p w:rsidR="00515787" w:rsidRPr="00515787" w:rsidRDefault="00515787" w:rsidP="00515787">
      <w:pPr>
        <w:spacing w:before="120" w:after="40"/>
        <w:jc w:val="center"/>
        <w:rPr>
          <w:rFonts w:eastAsia="Arial" w:cs="Times New Roman"/>
          <w:b/>
          <w:color w:val="2E75B6"/>
          <w:lang w:val="uk-UA"/>
        </w:rPr>
      </w:pPr>
    </w:p>
    <w:p w:rsidR="00515787" w:rsidRPr="00515787" w:rsidRDefault="00515787" w:rsidP="00515787">
      <w:pPr>
        <w:spacing w:before="120" w:after="40"/>
        <w:jc w:val="center"/>
        <w:rPr>
          <w:rFonts w:eastAsia="Arial" w:cs="Times New Roman"/>
          <w:b/>
          <w:color w:val="2E75B6"/>
          <w:lang w:val="uk-UA"/>
        </w:rPr>
      </w:pPr>
    </w:p>
    <w:p w:rsidR="00515787" w:rsidRPr="00515787" w:rsidRDefault="00515787" w:rsidP="00515787">
      <w:pPr>
        <w:spacing w:before="120" w:after="40"/>
        <w:jc w:val="center"/>
        <w:rPr>
          <w:rFonts w:eastAsia="Arial" w:cs="Times New Roman"/>
          <w:b/>
          <w:color w:val="2E75B6"/>
          <w:lang w:val="uk-UA"/>
        </w:rPr>
      </w:pPr>
    </w:p>
    <w:p w:rsidR="00515787" w:rsidRPr="00515787" w:rsidRDefault="00515787" w:rsidP="00515787">
      <w:pPr>
        <w:spacing w:before="120" w:after="40"/>
        <w:jc w:val="center"/>
        <w:rPr>
          <w:rFonts w:eastAsia="Arial" w:cs="Times New Roman"/>
          <w:b/>
          <w:color w:val="2E75B6"/>
          <w:lang w:val="uk-UA"/>
        </w:rPr>
      </w:pPr>
    </w:p>
    <w:p w:rsidR="00515787" w:rsidRPr="00515787" w:rsidRDefault="00515787" w:rsidP="00515787">
      <w:pPr>
        <w:spacing w:before="120" w:after="40"/>
        <w:jc w:val="center"/>
        <w:rPr>
          <w:rFonts w:eastAsia="Arial" w:cs="Times New Roman"/>
          <w:b/>
          <w:color w:val="2E75B6"/>
          <w:lang w:val="uk-UA"/>
        </w:rPr>
      </w:pPr>
    </w:p>
    <w:p w:rsidR="00515787" w:rsidRPr="00515787" w:rsidRDefault="00515787" w:rsidP="00515787">
      <w:pPr>
        <w:spacing w:before="120" w:after="40"/>
        <w:jc w:val="center"/>
        <w:rPr>
          <w:rFonts w:eastAsia="Arial" w:cs="Times New Roman"/>
          <w:b/>
          <w:color w:val="2E75B6"/>
          <w:lang w:val="uk-UA"/>
        </w:rPr>
      </w:pPr>
    </w:p>
    <w:p w:rsidR="00515787" w:rsidRPr="00515787" w:rsidRDefault="00515787" w:rsidP="00515787">
      <w:pPr>
        <w:spacing w:before="120" w:after="40"/>
        <w:jc w:val="center"/>
        <w:rPr>
          <w:rFonts w:eastAsia="Arial" w:cs="Times New Roman"/>
          <w:b/>
          <w:color w:val="2E75B6"/>
          <w:lang w:val="uk-UA"/>
        </w:rPr>
      </w:pPr>
    </w:p>
    <w:p w:rsidR="00515787" w:rsidRPr="00515787" w:rsidRDefault="00515787" w:rsidP="00515787">
      <w:pPr>
        <w:spacing w:before="120" w:after="40"/>
        <w:jc w:val="center"/>
        <w:rPr>
          <w:rFonts w:cs="Times New Roman"/>
          <w:lang w:val="uk-UA"/>
        </w:rPr>
      </w:pPr>
      <w:r w:rsidRPr="00515787">
        <w:rPr>
          <w:rFonts w:eastAsia="Arial" w:cs="Times New Roman"/>
          <w:b/>
          <w:color w:val="2E75B6"/>
          <w:lang w:val="uk-UA"/>
        </w:rPr>
        <w:lastRenderedPageBreak/>
        <w:t>ЗАГАЛЬНІ ТЕХНІЧНІ ВИМОГИ</w:t>
      </w:r>
    </w:p>
    <w:p w:rsidR="00515787" w:rsidRPr="00515787" w:rsidRDefault="00515787" w:rsidP="00515787">
      <w:pPr>
        <w:spacing w:after="120"/>
        <w:jc w:val="center"/>
        <w:rPr>
          <w:rFonts w:cs="Times New Roman"/>
          <w:lang w:val="uk-UA"/>
        </w:rPr>
      </w:pPr>
      <w:r w:rsidRPr="00515787">
        <w:rPr>
          <w:rFonts w:eastAsia="Arial" w:cs="Times New Roman"/>
          <w:b/>
          <w:color w:val="1F2937"/>
          <w:lang w:val="uk-UA"/>
        </w:rPr>
        <w:t>до спільних складових усіх лотів</w:t>
      </w:r>
    </w:p>
    <w:p w:rsidR="00515787" w:rsidRPr="00515787" w:rsidRDefault="00515787" w:rsidP="00515787">
      <w:pPr>
        <w:ind w:firstLine="403"/>
        <w:jc w:val="both"/>
        <w:rPr>
          <w:rFonts w:cs="Times New Roman"/>
          <w:lang w:val="uk-UA"/>
        </w:rPr>
      </w:pPr>
      <w:r w:rsidRPr="00515787">
        <w:rPr>
          <w:rFonts w:eastAsia="Arial" w:cs="Times New Roman"/>
          <w:color w:val="1F2937"/>
          <w:lang w:val="uk-UA"/>
        </w:rPr>
        <w:t>Наведені нижче вимоги є невід’ємною частиною кожної Специфікації. Учасник зазначає фактичні характеристики, виробника, торгову марку, артикул і фасування у графі цінової пропозиції відповідного лота.</w:t>
      </w:r>
    </w:p>
    <w:tbl>
      <w:tblPr>
        <w:tblStyle w:val="aff0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3969"/>
        <w:gridCol w:w="3544"/>
      </w:tblGrid>
      <w:tr w:rsidR="00515787" w:rsidRPr="00515787" w:rsidTr="00F511EC">
        <w:trPr>
          <w:cantSplit/>
          <w:tblHeader/>
          <w:jc w:val="center"/>
        </w:trPr>
        <w:tc>
          <w:tcPr>
            <w:tcW w:w="2405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515787" w:rsidRDefault="00515787" w:rsidP="00F511EC">
            <w:pPr>
              <w:jc w:val="center"/>
              <w:rPr>
                <w:rFonts w:cs="Times New Roman"/>
                <w:lang w:val="uk-UA"/>
              </w:rPr>
            </w:pPr>
            <w:r w:rsidRPr="00515787">
              <w:rPr>
                <w:rFonts w:eastAsia="Arial" w:cs="Times New Roman"/>
                <w:b/>
                <w:color w:val="FFFFFF"/>
                <w:lang w:val="uk-UA"/>
              </w:rPr>
              <w:t>Товар</w:t>
            </w:r>
          </w:p>
        </w:tc>
        <w:tc>
          <w:tcPr>
            <w:tcW w:w="3969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515787" w:rsidRDefault="00515787" w:rsidP="00F511EC">
            <w:pPr>
              <w:jc w:val="center"/>
              <w:rPr>
                <w:rFonts w:cs="Times New Roman"/>
                <w:lang w:val="uk-UA"/>
              </w:rPr>
            </w:pPr>
            <w:r w:rsidRPr="00515787">
              <w:rPr>
                <w:rFonts w:eastAsia="Arial" w:cs="Times New Roman"/>
                <w:b/>
                <w:color w:val="FFFFFF"/>
                <w:lang w:val="uk-UA"/>
              </w:rPr>
              <w:t>Мінімальна вимога Замовника</w:t>
            </w:r>
          </w:p>
        </w:tc>
        <w:tc>
          <w:tcPr>
            <w:tcW w:w="3544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515787" w:rsidRDefault="00515787" w:rsidP="00F511EC">
            <w:pPr>
              <w:jc w:val="center"/>
              <w:rPr>
                <w:rFonts w:cs="Times New Roman"/>
                <w:lang w:val="uk-UA"/>
              </w:rPr>
            </w:pPr>
            <w:r w:rsidRPr="00515787">
              <w:rPr>
                <w:rFonts w:eastAsia="Arial" w:cs="Times New Roman"/>
                <w:b/>
                <w:color w:val="FFFFFF"/>
                <w:lang w:val="uk-UA"/>
              </w:rPr>
              <w:t>Підтвердження учасника</w:t>
            </w:r>
          </w:p>
        </w:tc>
      </w:tr>
      <w:tr w:rsidR="00515787" w:rsidRPr="00515787" w:rsidTr="00F511EC">
        <w:trPr>
          <w:cantSplit/>
          <w:jc w:val="center"/>
        </w:trPr>
        <w:tc>
          <w:tcPr>
            <w:tcW w:w="24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 xml:space="preserve">Крем від </w:t>
            </w:r>
            <w:proofErr w:type="spellStart"/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попрілостей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 xml:space="preserve">Крем із захисною дією, придатний для чутливої дитячої шкіри; </w:t>
            </w:r>
            <w:proofErr w:type="spellStart"/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гіпоалергенний</w:t>
            </w:r>
            <w:proofErr w:type="spellEnd"/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 xml:space="preserve"> або </w:t>
            </w:r>
            <w:proofErr w:type="spellStart"/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дерматологічно</w:t>
            </w:r>
            <w:proofErr w:type="spellEnd"/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 xml:space="preserve"> протестований; об’єм кожної одиниці — не менше 75 мл.</w:t>
            </w:r>
          </w:p>
        </w:tc>
        <w:tc>
          <w:tcPr>
            <w:tcW w:w="35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515787" w:rsidRPr="00515787" w:rsidTr="00F511EC">
        <w:trPr>
          <w:cantSplit/>
          <w:jc w:val="center"/>
        </w:trPr>
        <w:tc>
          <w:tcPr>
            <w:tcW w:w="24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Дитячі вологі серветки з клапаном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Без спирту; м’який нетканий матеріал; пластиковий клапан для збереження вологості; не менше 100 серветок в упаковці (допускається фасування 100–120 шт. і більше).</w:t>
            </w:r>
          </w:p>
        </w:tc>
        <w:tc>
          <w:tcPr>
            <w:tcW w:w="35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515787" w:rsidRPr="00515787" w:rsidTr="00F511EC">
        <w:trPr>
          <w:cantSplit/>
          <w:jc w:val="center"/>
        </w:trPr>
        <w:tc>
          <w:tcPr>
            <w:tcW w:w="24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Рідке дитяче мило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Для щоденного очищення дитячої шкіри, придатне для чутливої шкіри; об’єм кожної одиниці — не менше 300 мл.</w:t>
            </w:r>
          </w:p>
        </w:tc>
        <w:tc>
          <w:tcPr>
            <w:tcW w:w="35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515787" w:rsidRPr="00515787" w:rsidTr="00F511EC">
        <w:trPr>
          <w:cantSplit/>
          <w:jc w:val="center"/>
        </w:trPr>
        <w:tc>
          <w:tcPr>
            <w:tcW w:w="24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Універсальний засіб для прання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Рідкий засіб або гель для ручного та/або машинного прання, придатний для дитячого одягу; об’єм кожної одиниці — не менше 1 л.</w:t>
            </w:r>
          </w:p>
        </w:tc>
        <w:tc>
          <w:tcPr>
            <w:tcW w:w="35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515787" w:rsidRPr="00515787" w:rsidTr="00F511EC">
        <w:trPr>
          <w:cantSplit/>
          <w:jc w:val="center"/>
        </w:trPr>
        <w:tc>
          <w:tcPr>
            <w:tcW w:w="24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Засіб для видалення плям/</w:t>
            </w:r>
            <w:proofErr w:type="spellStart"/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відбілювач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 xml:space="preserve">Засіб для видалення плям і/або відбілювання білих текстильних виробів; рідка чи </w:t>
            </w:r>
            <w:proofErr w:type="spellStart"/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гелева</w:t>
            </w:r>
            <w:proofErr w:type="spellEnd"/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 xml:space="preserve"> форма; об’єм — не менше 900 мл.</w:t>
            </w:r>
          </w:p>
        </w:tc>
        <w:tc>
          <w:tcPr>
            <w:tcW w:w="35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515787" w:rsidRPr="00515787" w:rsidTr="00F511EC">
        <w:trPr>
          <w:cantSplit/>
          <w:jc w:val="center"/>
        </w:trPr>
        <w:tc>
          <w:tcPr>
            <w:tcW w:w="24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Дитяча присипка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 xml:space="preserve">Для профілактики </w:t>
            </w:r>
            <w:proofErr w:type="spellStart"/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попрілостей</w:t>
            </w:r>
            <w:proofErr w:type="spellEnd"/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 xml:space="preserve"> і подразнення дитячої шкіри; маса кожної одиниці — не менше 100 г.</w:t>
            </w:r>
          </w:p>
        </w:tc>
        <w:tc>
          <w:tcPr>
            <w:tcW w:w="35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515787" w:rsidRPr="00515787" w:rsidTr="00F511EC">
        <w:trPr>
          <w:cantSplit/>
          <w:jc w:val="center"/>
        </w:trPr>
        <w:tc>
          <w:tcPr>
            <w:tcW w:w="24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Одноразові гігієнічні пелюшки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Поглинальний внутрішній і вологонепроникний нижній шар; розмір не менше 60 × 90 см; не менше 30 шт. в упаковці.</w:t>
            </w:r>
          </w:p>
        </w:tc>
        <w:tc>
          <w:tcPr>
            <w:tcW w:w="35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515787" w:rsidRPr="00515787" w:rsidTr="00F511EC">
        <w:trPr>
          <w:cantSplit/>
          <w:jc w:val="center"/>
        </w:trPr>
        <w:tc>
          <w:tcPr>
            <w:tcW w:w="24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Пакувальна коробка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 xml:space="preserve">Тришаровий </w:t>
            </w:r>
            <w:proofErr w:type="spellStart"/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гофрокартон</w:t>
            </w:r>
            <w:proofErr w:type="spellEnd"/>
            <w:r w:rsidRPr="00F511EC">
              <w:rPr>
                <w:rFonts w:eastAsia="Arial" w:cs="Times New Roman"/>
                <w:color w:val="1F2937"/>
                <w:sz w:val="20"/>
                <w:szCs w:val="20"/>
                <w:lang w:val="uk-UA"/>
              </w:rPr>
              <w:t>; розмір достатній для всього складу одного набору; придатна для адресного транспортування.</w:t>
            </w:r>
          </w:p>
        </w:tc>
        <w:tc>
          <w:tcPr>
            <w:tcW w:w="35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5787" w:rsidRPr="00F511EC" w:rsidRDefault="00515787" w:rsidP="00F511EC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</w:tbl>
    <w:p w:rsidR="00515787" w:rsidRPr="00515787" w:rsidRDefault="00515787" w:rsidP="00515787">
      <w:pPr>
        <w:pStyle w:val="1"/>
        <w:rPr>
          <w:rFonts w:ascii="Times New Roman" w:hAnsi="Times New Roman" w:cs="Times New Roman"/>
          <w:sz w:val="22"/>
          <w:szCs w:val="22"/>
          <w:lang w:val="uk-UA"/>
        </w:rPr>
      </w:pPr>
      <w:r w:rsidRPr="00515787">
        <w:rPr>
          <w:rFonts w:ascii="Times New Roman" w:hAnsi="Times New Roman" w:cs="Times New Roman"/>
          <w:sz w:val="22"/>
          <w:szCs w:val="22"/>
          <w:lang w:val="uk-UA"/>
        </w:rPr>
        <w:t>Загальні умови еквівалентності</w:t>
      </w:r>
    </w:p>
    <w:p w:rsidR="00515787" w:rsidRPr="00515787" w:rsidRDefault="00515787" w:rsidP="00F511EC">
      <w:pPr>
        <w:pStyle w:val="a0"/>
        <w:spacing w:after="40"/>
        <w:jc w:val="both"/>
        <w:rPr>
          <w:rFonts w:cs="Times New Roman"/>
          <w:lang w:val="uk-UA"/>
        </w:rPr>
      </w:pPr>
      <w:r w:rsidRPr="00515787">
        <w:rPr>
          <w:rFonts w:eastAsia="Arial" w:cs="Times New Roman"/>
          <w:color w:val="1F2937"/>
          <w:lang w:val="uk-UA"/>
        </w:rPr>
        <w:t>Технічні вимоги сформульовано без прив’язки до торгової марки або виробника; допускається будь-який товар, що відповідає мінімальним характеристикам або має кращі показники.</w:t>
      </w:r>
    </w:p>
    <w:p w:rsidR="00515787" w:rsidRPr="00515787" w:rsidRDefault="00515787" w:rsidP="00F511EC">
      <w:pPr>
        <w:pStyle w:val="a0"/>
        <w:spacing w:after="40"/>
        <w:jc w:val="both"/>
        <w:rPr>
          <w:rFonts w:cs="Times New Roman"/>
          <w:lang w:val="uk-UA"/>
        </w:rPr>
      </w:pPr>
      <w:r w:rsidRPr="00515787">
        <w:rPr>
          <w:rFonts w:eastAsia="Arial" w:cs="Times New Roman"/>
          <w:color w:val="1F2937"/>
          <w:lang w:val="uk-UA"/>
        </w:rPr>
        <w:t xml:space="preserve">Для підгузків обов’язкові три заводські упаковки на набір, не менше 30 шт. у кожній. Для інших товарів фактична </w:t>
      </w:r>
      <w:proofErr w:type="spellStart"/>
      <w:r w:rsidRPr="00515787">
        <w:rPr>
          <w:rFonts w:eastAsia="Arial" w:cs="Times New Roman"/>
          <w:color w:val="1F2937"/>
          <w:lang w:val="uk-UA"/>
        </w:rPr>
        <w:t>фасовка</w:t>
      </w:r>
      <w:proofErr w:type="spellEnd"/>
      <w:r w:rsidRPr="00515787">
        <w:rPr>
          <w:rFonts w:eastAsia="Arial" w:cs="Times New Roman"/>
          <w:color w:val="1F2937"/>
          <w:lang w:val="uk-UA"/>
        </w:rPr>
        <w:t xml:space="preserve"> може бути більшою за мінімальну, але кількість одиниць у наборі не зменшується.</w:t>
      </w:r>
    </w:p>
    <w:p w:rsidR="00515787" w:rsidRPr="00515787" w:rsidRDefault="00515787" w:rsidP="00F511EC">
      <w:pPr>
        <w:pStyle w:val="a0"/>
        <w:spacing w:after="40"/>
        <w:jc w:val="both"/>
        <w:rPr>
          <w:rFonts w:cs="Times New Roman"/>
          <w:lang w:val="uk-UA"/>
        </w:rPr>
      </w:pPr>
      <w:r w:rsidRPr="00515787">
        <w:rPr>
          <w:rFonts w:eastAsia="Arial" w:cs="Times New Roman"/>
          <w:color w:val="1F2937"/>
          <w:lang w:val="uk-UA"/>
        </w:rPr>
        <w:t>Усі товари мають бути новими, в непошкодженій заводській упаковці, з належним маркуванням і залишковим строком придатності не менше 80 %.</w:t>
      </w:r>
    </w:p>
    <w:p w:rsidR="00515787" w:rsidRPr="00515787" w:rsidRDefault="00515787" w:rsidP="00F511EC">
      <w:pPr>
        <w:pStyle w:val="a0"/>
        <w:spacing w:after="40"/>
        <w:jc w:val="both"/>
        <w:rPr>
          <w:rFonts w:cs="Times New Roman"/>
          <w:lang w:val="uk-UA"/>
        </w:rPr>
      </w:pPr>
      <w:r w:rsidRPr="00515787">
        <w:rPr>
          <w:rFonts w:eastAsia="Arial" w:cs="Times New Roman"/>
          <w:color w:val="1F2937"/>
          <w:lang w:val="uk-UA"/>
        </w:rPr>
        <w:t>Вартість комплектування, пакування, маркування, доставки та інших супутніх витрат включається до загальної ціни товарів відповідного лота; окрема цінова позиція для доставки не передбачається.</w:t>
      </w:r>
    </w:p>
    <w:p w:rsidR="00515787" w:rsidRPr="00515787" w:rsidRDefault="00515787" w:rsidP="00F511EC">
      <w:pPr>
        <w:ind w:hanging="360"/>
        <w:jc w:val="both"/>
        <w:rPr>
          <w:lang w:val="uk-UA"/>
        </w:rPr>
      </w:pPr>
      <w:r w:rsidRPr="00515787">
        <w:rPr>
          <w:lang w:val="uk-UA"/>
        </w:rPr>
        <w:br w:type="page"/>
      </w:r>
    </w:p>
    <w:p w:rsidR="009B25D9" w:rsidRDefault="00652776" w:rsidP="00F04789">
      <w:pPr>
        <w:jc w:val="center"/>
        <w:rPr>
          <w:color w:val="000000"/>
          <w:sz w:val="20"/>
          <w:lang w:val="uk-UA"/>
        </w:rPr>
      </w:pPr>
      <w:r w:rsidRPr="00515787">
        <w:rPr>
          <w:b/>
          <w:color w:val="000000"/>
          <w:sz w:val="24"/>
          <w:lang w:val="uk-UA"/>
        </w:rPr>
        <w:lastRenderedPageBreak/>
        <w:t>СПЕЦИФІКАЦІЯ № 1</w:t>
      </w:r>
      <w:r w:rsidRPr="00515787">
        <w:rPr>
          <w:b/>
          <w:color w:val="000000"/>
          <w:sz w:val="24"/>
          <w:lang w:val="uk-UA"/>
        </w:rPr>
        <w:br/>
        <w:t xml:space="preserve">Лот № 1 — </w:t>
      </w:r>
      <w:r w:rsidR="00F511EC" w:rsidRPr="00F511EC">
        <w:rPr>
          <w:b/>
          <w:color w:val="000000"/>
          <w:sz w:val="24"/>
          <w:lang w:val="uk-UA"/>
        </w:rPr>
        <w:t>Гігієнічні набори з підгузками-трусиками, розмір 4</w:t>
      </w:r>
      <w:r w:rsidR="00F04789">
        <w:rPr>
          <w:b/>
          <w:color w:val="000000"/>
          <w:sz w:val="24"/>
          <w:lang w:val="uk-UA"/>
        </w:rPr>
        <w:br/>
      </w:r>
      <w:r w:rsidR="00F04789" w:rsidRPr="00F04789">
        <w:rPr>
          <w:rFonts w:eastAsia="Arial" w:cs="Times New Roman"/>
          <w:color w:val="1F2937"/>
          <w:lang w:val="uk-UA"/>
        </w:rPr>
        <w:t xml:space="preserve">Отримувачів: 1 · Наборів: 3 · Розподіл: Харківська — 3 </w:t>
      </w:r>
    </w:p>
    <w:p w:rsidR="00F511EC" w:rsidRPr="00F511EC" w:rsidRDefault="00F511EC" w:rsidP="00F04789">
      <w:pPr>
        <w:spacing w:after="80" w:line="240" w:lineRule="auto"/>
        <w:ind w:firstLine="284"/>
        <w:jc w:val="both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color w:val="000000"/>
          <w:sz w:val="20"/>
          <w:szCs w:val="20"/>
          <w:lang w:val="uk-UA" w:eastAsia="uk-UA"/>
        </w:rPr>
        <w:t>Учасник заповнює всі графи за обраним лотом. Ціна включає всі податки, збори, пакування, доставку, розвантаження та інші супутні витрати.</w:t>
      </w:r>
    </w:p>
    <w:tbl>
      <w:tblPr>
        <w:tblW w:w="991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"/>
        <w:gridCol w:w="3046"/>
        <w:gridCol w:w="851"/>
        <w:gridCol w:w="850"/>
        <w:gridCol w:w="2694"/>
        <w:gridCol w:w="992"/>
        <w:gridCol w:w="1134"/>
      </w:tblGrid>
      <w:tr w:rsidR="00F511EC" w:rsidRPr="00F511EC" w:rsidTr="00D51B0C">
        <w:trPr>
          <w:tblHeader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№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К-ть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Торгова марка, артикул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Ціна за од., грн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Сума, грн</w:t>
            </w:r>
          </w:p>
        </w:tc>
      </w:tr>
      <w:tr w:rsidR="00F511E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Підгузки-трусики дитячі одноразові, розмір 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511E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 xml:space="preserve">Крем від 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попрілостей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511E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Дитячі вологі серветки з клапаном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511E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Рідке дитяче мило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511E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Універсальний засіб для прання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511E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Засіб для видалення плям/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відбілювач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511E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Дитяча присипка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511E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Одноразові гігієнічні пелюшки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511EC" w:rsidRPr="00F511EC" w:rsidTr="00D51B0C">
        <w:trPr>
          <w:trHeight w:val="408"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Пакувальна коробка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511E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РАЗОМ КОМПЛЕКТ ЗА ЛОТОМ № 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D51B0C" w:rsidP="000345E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proofErr w:type="spellStart"/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к</w:t>
            </w:r>
            <w:r w:rsidR="00F511EC"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омп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л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F511EC" w:rsidRDefault="00F511EC" w:rsidP="00F511EC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</w:tr>
    </w:tbl>
    <w:p w:rsidR="00F511EC" w:rsidRPr="00F511EC" w:rsidRDefault="00F511EC" w:rsidP="00F511EC">
      <w:pPr>
        <w:spacing w:before="100" w:after="60" w:line="240" w:lineRule="auto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b/>
          <w:bCs/>
          <w:color w:val="000000"/>
          <w:lang w:val="uk-UA" w:eastAsia="uk-UA"/>
        </w:rPr>
        <w:br/>
      </w:r>
      <w:r w:rsidRPr="000345EC">
        <w:rPr>
          <w:rFonts w:cs="Times New Roman"/>
          <w:b/>
          <w:bCs/>
          <w:lang w:val="uk-UA" w:eastAsia="uk-UA"/>
        </w:rPr>
        <w:t>Кількість наборів, які потрібно відправити по Лоту № 1</w:t>
      </w:r>
    </w:p>
    <w:tbl>
      <w:tblPr>
        <w:tblW w:w="9923" w:type="dxa"/>
        <w:tblInd w:w="-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"/>
        <w:gridCol w:w="2268"/>
        <w:gridCol w:w="987"/>
        <w:gridCol w:w="709"/>
        <w:gridCol w:w="5528"/>
      </w:tblGrid>
      <w:tr w:rsidR="00F511EC" w:rsidRPr="00F511EC" w:rsidTr="004F65D3">
        <w:trPr>
          <w:trHeight w:val="320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0345EC" w:rsidRDefault="00F511EC" w:rsidP="00F511EC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0345EC" w:rsidRDefault="00F511EC" w:rsidP="00F511EC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Найменування 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0345EC" w:rsidRDefault="00F511EC" w:rsidP="00F511EC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0345EC" w:rsidRDefault="00F511EC" w:rsidP="00F511EC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К-ть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0345EC" w:rsidRDefault="00F511EC" w:rsidP="00F511EC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color w:val="000000"/>
                <w:lang w:val="uk-UA" w:eastAsia="uk-UA"/>
              </w:rPr>
              <w:t>Дані для відправки комплектів</w:t>
            </w:r>
          </w:p>
        </w:tc>
      </w:tr>
      <w:tr w:rsidR="00F511EC" w:rsidRPr="00F511EC" w:rsidTr="004F65D3">
        <w:trPr>
          <w:trHeight w:val="320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D51B0C" w:rsidRDefault="00F511EC" w:rsidP="00F511E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D51B0C">
              <w:rPr>
                <w:rFonts w:cs="Times New Roman"/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D51B0C" w:rsidRDefault="00F511EC" w:rsidP="00F511EC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D51B0C">
              <w:rPr>
                <w:rFonts w:cs="Times New Roman"/>
                <w:color w:val="000000"/>
                <w:sz w:val="20"/>
                <w:szCs w:val="20"/>
                <w:lang w:val="uk-UA" w:eastAsia="uk-UA"/>
              </w:rPr>
              <w:t>Комплект за Лотом № 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D51B0C" w:rsidRDefault="00F511EC" w:rsidP="00F511E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proofErr w:type="spellStart"/>
            <w:r w:rsidRPr="00D51B0C">
              <w:rPr>
                <w:rFonts w:cs="Times New Roman"/>
                <w:color w:val="000000"/>
                <w:sz w:val="20"/>
                <w:szCs w:val="20"/>
                <w:lang w:val="uk-UA" w:eastAsia="uk-UA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D51B0C" w:rsidRDefault="00F511EC" w:rsidP="00F511E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D51B0C">
              <w:rPr>
                <w:rFonts w:cs="Times New Roman"/>
                <w:color w:val="000000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511EC" w:rsidRPr="00D51B0C" w:rsidRDefault="00F511EC" w:rsidP="00F511E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D51B0C">
              <w:rPr>
                <w:rFonts w:cs="Times New Roman"/>
                <w:color w:val="000000"/>
                <w:sz w:val="20"/>
                <w:szCs w:val="20"/>
                <w:lang w:val="uk-UA" w:eastAsia="uk-UA"/>
              </w:rPr>
              <w:t>м. Лозова (</w:t>
            </w:r>
            <w:proofErr w:type="spellStart"/>
            <w:r w:rsidRPr="00D51B0C">
              <w:rPr>
                <w:rFonts w:cs="Times New Roman"/>
                <w:color w:val="000000"/>
                <w:sz w:val="20"/>
                <w:szCs w:val="20"/>
                <w:lang w:val="uk-UA" w:eastAsia="uk-UA"/>
              </w:rPr>
              <w:t>Харків.обл</w:t>
            </w:r>
            <w:proofErr w:type="spellEnd"/>
            <w:r w:rsidRPr="00D51B0C">
              <w:rPr>
                <w:rFonts w:cs="Times New Roman"/>
                <w:color w:val="000000"/>
                <w:sz w:val="20"/>
                <w:szCs w:val="20"/>
                <w:lang w:val="uk-UA" w:eastAsia="uk-UA"/>
              </w:rPr>
              <w:t>)</w:t>
            </w:r>
          </w:p>
        </w:tc>
      </w:tr>
    </w:tbl>
    <w:p w:rsidR="00F511EC" w:rsidRPr="000345EC" w:rsidRDefault="00F511EC" w:rsidP="000345EC">
      <w:pPr>
        <w:pStyle w:val="1"/>
        <w:rPr>
          <w:rFonts w:ascii="Times New Roman" w:hAnsi="Times New Roman" w:cs="Times New Roman"/>
          <w:color w:val="auto"/>
          <w:sz w:val="22"/>
          <w:szCs w:val="22"/>
          <w:lang w:val="uk-UA"/>
        </w:rPr>
      </w:pPr>
      <w:r w:rsidRPr="000345EC">
        <w:rPr>
          <w:rFonts w:ascii="Times New Roman" w:hAnsi="Times New Roman" w:cs="Times New Roman"/>
          <w:color w:val="auto"/>
          <w:sz w:val="22"/>
          <w:szCs w:val="22"/>
          <w:lang w:val="uk-UA"/>
        </w:rPr>
        <w:t>Відповідність технічним вимогам</w:t>
      </w:r>
    </w:p>
    <w:tbl>
      <w:tblPr>
        <w:tblStyle w:val="aff0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4394"/>
        <w:gridCol w:w="3402"/>
      </w:tblGrid>
      <w:tr w:rsidR="00F511EC" w:rsidRPr="000345EC" w:rsidTr="000345EC">
        <w:trPr>
          <w:cantSplit/>
          <w:tblHeader/>
          <w:jc w:val="center"/>
        </w:trPr>
        <w:tc>
          <w:tcPr>
            <w:tcW w:w="212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511EC" w:rsidRPr="000345EC" w:rsidRDefault="00F511EC" w:rsidP="00F511EC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Товар</w:t>
            </w:r>
          </w:p>
        </w:tc>
        <w:tc>
          <w:tcPr>
            <w:tcW w:w="4394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511EC" w:rsidRPr="000345EC" w:rsidRDefault="00F511EC" w:rsidP="00F511EC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Мінімальна вимога Замовника</w:t>
            </w:r>
          </w:p>
        </w:tc>
        <w:tc>
          <w:tcPr>
            <w:tcW w:w="340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511EC" w:rsidRPr="000345EC" w:rsidRDefault="00F511EC" w:rsidP="00F511EC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Запропонована характеристика</w:t>
            </w:r>
          </w:p>
        </w:tc>
      </w:tr>
      <w:tr w:rsidR="00F511EC" w:rsidRPr="000345EC" w:rsidTr="000345EC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511EC" w:rsidRPr="00F04789" w:rsidRDefault="00F511EC" w:rsidP="00F511EC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F04789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Підгузки-трусики дитячі одноразові, розмір 4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511EC" w:rsidRPr="00F04789" w:rsidRDefault="00F511EC" w:rsidP="00F04789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F04789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 xml:space="preserve">Форма — підгузки-трусики; розмір 4 або еквівалент за сіткою виробника; орієнтовна вагова група 9–15 кг; еластичний пояс по колу, захисні бортики від протікань, поглинальний шар із </w:t>
            </w:r>
            <w:proofErr w:type="spellStart"/>
            <w:r w:rsidRPr="00F04789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суперабсорбентом</w:t>
            </w:r>
            <w:proofErr w:type="spellEnd"/>
            <w:r w:rsidRPr="00F04789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. У наборі — 3 заводські упаковки, не менше 30 шт. у кожній упаковці. Фасування понад 30 шт. допускається без зменшення кількості упаковок.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511EC" w:rsidRPr="00F04789" w:rsidRDefault="00F511EC" w:rsidP="00F511EC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  <w:tr w:rsidR="00F511EC" w:rsidRPr="000345EC" w:rsidTr="000345EC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511EC" w:rsidRPr="00F04789" w:rsidRDefault="00F511EC" w:rsidP="00F511EC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F04789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Інші позиції набору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511EC" w:rsidRPr="00F04789" w:rsidRDefault="00F511EC" w:rsidP="00F04789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F04789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Мають відповідати розділу «Загальні технічні вимоги до спільних складових усіх лотів» цієї Тендерної форми. Вартість комплектування, пакування та доставки включається до загальної ціни лота й окремо не зазначається.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511EC" w:rsidRPr="00F04789" w:rsidRDefault="00F511EC" w:rsidP="00F511EC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</w:tbl>
    <w:p w:rsidR="00F511EC" w:rsidRPr="000345EC" w:rsidRDefault="00F511EC" w:rsidP="00F511EC">
      <w:pPr>
        <w:spacing w:before="100"/>
        <w:rPr>
          <w:rFonts w:cs="Times New Roman"/>
          <w:sz w:val="20"/>
          <w:szCs w:val="20"/>
          <w:lang w:val="uk-UA"/>
        </w:rPr>
      </w:pPr>
      <w:r w:rsidRPr="000345EC">
        <w:rPr>
          <w:rFonts w:eastAsia="Arial" w:cs="Times New Roman"/>
          <w:b/>
          <w:color w:val="1F2937"/>
          <w:sz w:val="20"/>
          <w:szCs w:val="20"/>
          <w:lang w:val="uk-UA"/>
        </w:rPr>
        <w:t>Підтверджуємо відповідність запропонованих товарів зазначеним вимогам.</w:t>
      </w:r>
    </w:p>
    <w:p w:rsidR="00F511EC" w:rsidRDefault="000345EC" w:rsidP="00F511EC">
      <w:pPr>
        <w:rPr>
          <w:rFonts w:eastAsia="Arial" w:cs="Times New Roman"/>
          <w:color w:val="1F2937"/>
          <w:sz w:val="20"/>
          <w:szCs w:val="20"/>
          <w:lang w:val="ru-RU"/>
        </w:rPr>
      </w:pPr>
      <w:r>
        <w:rPr>
          <w:rFonts w:eastAsia="Arial" w:cs="Times New Roman"/>
          <w:color w:val="1F2937"/>
          <w:sz w:val="20"/>
          <w:szCs w:val="20"/>
          <w:lang w:val="ru-RU"/>
        </w:rPr>
        <w:t>Дата: _</w:t>
      </w:r>
      <w:r w:rsidR="00F511EC"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    </w:t>
      </w:r>
      <w:proofErr w:type="spellStart"/>
      <w:r w:rsidR="00F511EC" w:rsidRPr="000345EC">
        <w:rPr>
          <w:rFonts w:eastAsia="Arial" w:cs="Times New Roman"/>
          <w:color w:val="1F2937"/>
          <w:sz w:val="20"/>
          <w:szCs w:val="20"/>
          <w:lang w:val="ru-RU"/>
        </w:rPr>
        <w:t>Підпис</w:t>
      </w:r>
      <w:proofErr w:type="spellEnd"/>
      <w:r w:rsidR="00F511EC"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: __________________    ПІБ: </w:t>
      </w:r>
      <w:r>
        <w:rPr>
          <w:rFonts w:eastAsia="Arial" w:cs="Times New Roman"/>
          <w:color w:val="1F2937"/>
          <w:sz w:val="20"/>
          <w:szCs w:val="20"/>
          <w:lang w:val="ru-RU"/>
        </w:rPr>
        <w:t>________</w:t>
      </w:r>
      <w:r w:rsidR="00F511EC"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________________    М.П. (за </w:t>
      </w:r>
      <w:proofErr w:type="spellStart"/>
      <w:r w:rsidR="00F511EC" w:rsidRPr="000345EC">
        <w:rPr>
          <w:rFonts w:eastAsia="Arial" w:cs="Times New Roman"/>
          <w:color w:val="1F2937"/>
          <w:sz w:val="20"/>
          <w:szCs w:val="20"/>
          <w:lang w:val="ru-RU"/>
        </w:rPr>
        <w:t>наявності</w:t>
      </w:r>
      <w:proofErr w:type="spellEnd"/>
      <w:r w:rsidR="00F511EC" w:rsidRPr="000345EC">
        <w:rPr>
          <w:rFonts w:eastAsia="Arial" w:cs="Times New Roman"/>
          <w:color w:val="1F2937"/>
          <w:sz w:val="20"/>
          <w:szCs w:val="20"/>
          <w:lang w:val="ru-RU"/>
        </w:rPr>
        <w:t>)</w:t>
      </w:r>
    </w:p>
    <w:p w:rsidR="000345EC" w:rsidRDefault="000345EC" w:rsidP="00F511EC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F04789" w:rsidRDefault="000345EC" w:rsidP="00F04789">
      <w:pPr>
        <w:keepNext/>
        <w:pageBreakBefore/>
        <w:spacing w:before="160" w:after="120"/>
        <w:jc w:val="center"/>
        <w:rPr>
          <w:color w:val="000000"/>
          <w:sz w:val="20"/>
          <w:lang w:val="uk-UA"/>
        </w:rPr>
      </w:pPr>
      <w:r w:rsidRPr="00515787">
        <w:rPr>
          <w:b/>
          <w:color w:val="000000"/>
          <w:sz w:val="24"/>
          <w:lang w:val="uk-UA"/>
        </w:rPr>
        <w:lastRenderedPageBreak/>
        <w:t>Лот №</w:t>
      </w:r>
      <w:r>
        <w:rPr>
          <w:b/>
          <w:color w:val="000000"/>
          <w:sz w:val="24"/>
          <w:lang w:val="uk-UA"/>
        </w:rPr>
        <w:t xml:space="preserve"> 2</w:t>
      </w:r>
      <w:r w:rsidRPr="00515787">
        <w:rPr>
          <w:b/>
          <w:color w:val="000000"/>
          <w:sz w:val="24"/>
          <w:lang w:val="uk-UA"/>
        </w:rPr>
        <w:t xml:space="preserve"> — </w:t>
      </w:r>
      <w:r w:rsidRPr="00F511EC">
        <w:rPr>
          <w:b/>
          <w:color w:val="000000"/>
          <w:sz w:val="24"/>
          <w:lang w:val="uk-UA"/>
        </w:rPr>
        <w:t xml:space="preserve">Гігієнічні набори з </w:t>
      </w:r>
      <w:r w:rsidR="004F65D3" w:rsidRPr="004F65D3">
        <w:rPr>
          <w:b/>
          <w:color w:val="000000"/>
          <w:sz w:val="24"/>
          <w:lang w:val="uk-UA"/>
        </w:rPr>
        <w:t xml:space="preserve">дитячими </w:t>
      </w:r>
      <w:r w:rsidRPr="00F511EC">
        <w:rPr>
          <w:b/>
          <w:color w:val="000000"/>
          <w:sz w:val="24"/>
          <w:lang w:val="uk-UA"/>
        </w:rPr>
        <w:t xml:space="preserve">підгузками, розмір </w:t>
      </w:r>
      <w:r>
        <w:rPr>
          <w:b/>
          <w:color w:val="000000"/>
          <w:sz w:val="24"/>
          <w:lang w:val="uk-UA"/>
        </w:rPr>
        <w:t>5</w:t>
      </w:r>
      <w:r w:rsidR="00F04789">
        <w:rPr>
          <w:color w:val="000000"/>
          <w:sz w:val="20"/>
          <w:lang w:val="uk-UA"/>
        </w:rPr>
        <w:br/>
      </w:r>
      <w:r w:rsidR="00F04789" w:rsidRPr="00F04789">
        <w:rPr>
          <w:rFonts w:eastAsia="Arial" w:cs="Times New Roman"/>
          <w:color w:val="1F2937"/>
          <w:lang w:val="uk-UA"/>
        </w:rPr>
        <w:t xml:space="preserve">Отримувачів: 1 · Наборів: 3 · Розподіл: Харківська — 3 </w:t>
      </w:r>
    </w:p>
    <w:p w:rsidR="00F04789" w:rsidRPr="00F511EC" w:rsidRDefault="00F04789" w:rsidP="00F04789">
      <w:pPr>
        <w:spacing w:after="80" w:line="240" w:lineRule="auto"/>
        <w:ind w:firstLine="284"/>
        <w:jc w:val="both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color w:val="000000"/>
          <w:sz w:val="20"/>
          <w:szCs w:val="20"/>
          <w:lang w:val="uk-UA" w:eastAsia="uk-UA"/>
        </w:rPr>
        <w:t>Учасник заповнює всі графи за обраним лотом. Ціна включає всі податки, збори, пакування, доставку, розвантаження та інші супутні витрати.</w:t>
      </w:r>
    </w:p>
    <w:tbl>
      <w:tblPr>
        <w:tblW w:w="991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"/>
        <w:gridCol w:w="3046"/>
        <w:gridCol w:w="851"/>
        <w:gridCol w:w="850"/>
        <w:gridCol w:w="2694"/>
        <w:gridCol w:w="992"/>
        <w:gridCol w:w="1134"/>
      </w:tblGrid>
      <w:tr w:rsidR="00F04789" w:rsidRPr="00F511EC" w:rsidTr="00D51B0C">
        <w:trPr>
          <w:tblHeader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№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К-ть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Торгова марка, артикул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Ціна за од., грн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Сума, грн</w:t>
            </w:r>
          </w:p>
        </w:tc>
      </w:tr>
      <w:tr w:rsidR="00F04789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4F65D3" w:rsidP="00F04789">
            <w:pPr>
              <w:rPr>
                <w:sz w:val="18"/>
                <w:szCs w:val="18"/>
                <w:lang w:val="uk-UA"/>
              </w:rPr>
            </w:pPr>
            <w:r w:rsidRPr="004F65D3">
              <w:rPr>
                <w:sz w:val="18"/>
                <w:szCs w:val="18"/>
                <w:lang w:val="uk-UA"/>
              </w:rPr>
              <w:t>Підгузки дитячі/педіатричні одноразові, розмір 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04789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 xml:space="preserve">Крем від 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попрілостей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04789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Дитячі вологі серветки з клапаном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04789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Рідке дитяче мило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04789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Універсальний засіб для прання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04789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Засіб для видалення плям/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відбілювач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04789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Дитяча присипка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04789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Одноразові гігієнічні пелюшки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04789" w:rsidRPr="00F511EC" w:rsidTr="00D51B0C">
        <w:trPr>
          <w:trHeight w:val="408"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Пакувальна коробка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F04789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D51B0C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 xml:space="preserve">РАЗОМ КОМПЛЕКТ ЗА ЛОТОМ № </w:t>
            </w:r>
            <w:r w:rsidR="00D51B0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proofErr w:type="spellStart"/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к</w:t>
            </w:r>
            <w:r w:rsidR="00F04789"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омп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л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F511EC" w:rsidRDefault="00F04789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</w:tr>
    </w:tbl>
    <w:p w:rsidR="00F04789" w:rsidRPr="00F511EC" w:rsidRDefault="00F04789" w:rsidP="00F04789">
      <w:pPr>
        <w:spacing w:before="100" w:after="60" w:line="240" w:lineRule="auto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b/>
          <w:bCs/>
          <w:color w:val="000000"/>
          <w:lang w:val="uk-UA" w:eastAsia="uk-UA"/>
        </w:rPr>
        <w:br/>
      </w:r>
      <w:r w:rsidRPr="000345EC">
        <w:rPr>
          <w:rFonts w:cs="Times New Roman"/>
          <w:b/>
          <w:bCs/>
          <w:lang w:val="uk-UA" w:eastAsia="uk-UA"/>
        </w:rPr>
        <w:t xml:space="preserve">Кількість наборів, які потрібно відправити по Лоту № </w:t>
      </w:r>
      <w:r w:rsidR="00191CA0">
        <w:rPr>
          <w:rFonts w:cs="Times New Roman"/>
          <w:b/>
          <w:bCs/>
          <w:lang w:val="uk-UA" w:eastAsia="uk-UA"/>
        </w:rPr>
        <w:t>2</w:t>
      </w:r>
    </w:p>
    <w:tbl>
      <w:tblPr>
        <w:tblW w:w="991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845"/>
        <w:gridCol w:w="709"/>
        <w:gridCol w:w="5670"/>
      </w:tblGrid>
      <w:tr w:rsidR="00F04789" w:rsidRPr="00F511EC" w:rsidTr="00F04789">
        <w:trPr>
          <w:trHeight w:val="3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0345EC" w:rsidRDefault="00F04789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0345EC" w:rsidRDefault="00F04789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Найменування 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0345EC" w:rsidRDefault="00F04789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0345EC" w:rsidRDefault="00F04789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К-ть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0345EC" w:rsidRDefault="00F04789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color w:val="000000"/>
                <w:lang w:val="uk-UA" w:eastAsia="uk-UA"/>
              </w:rPr>
              <w:t>Дані для відправки комплектів</w:t>
            </w:r>
          </w:p>
        </w:tc>
      </w:tr>
      <w:tr w:rsidR="00F04789" w:rsidRPr="00F511EC" w:rsidTr="00F04789">
        <w:trPr>
          <w:trHeight w:val="3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191CA0" w:rsidRDefault="00F04789" w:rsidP="00F04789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191CA0" w:rsidRDefault="00F04789" w:rsidP="00F04789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Комплект за Лотом № 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191CA0" w:rsidRDefault="00F04789" w:rsidP="00F04789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191CA0" w:rsidRDefault="00F04789" w:rsidP="00F04789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F04789" w:rsidRPr="00191CA0" w:rsidRDefault="00F04789" w:rsidP="00F04789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м. Берестин (</w:t>
            </w:r>
            <w:proofErr w:type="spellStart"/>
            <w:r w:rsidRPr="00191CA0">
              <w:rPr>
                <w:color w:val="000000"/>
                <w:sz w:val="20"/>
                <w:szCs w:val="20"/>
              </w:rPr>
              <w:t>Харків.обл</w:t>
            </w:r>
            <w:proofErr w:type="spellEnd"/>
            <w:r w:rsidRPr="00191CA0">
              <w:rPr>
                <w:color w:val="000000"/>
                <w:sz w:val="20"/>
                <w:szCs w:val="20"/>
              </w:rPr>
              <w:t>)</w:t>
            </w:r>
          </w:p>
        </w:tc>
      </w:tr>
    </w:tbl>
    <w:p w:rsidR="00F04789" w:rsidRPr="000345EC" w:rsidRDefault="00F04789" w:rsidP="00F04789">
      <w:pPr>
        <w:pStyle w:val="1"/>
        <w:rPr>
          <w:rFonts w:ascii="Times New Roman" w:hAnsi="Times New Roman" w:cs="Times New Roman"/>
          <w:color w:val="auto"/>
          <w:sz w:val="22"/>
          <w:szCs w:val="22"/>
          <w:lang w:val="uk-UA"/>
        </w:rPr>
      </w:pPr>
      <w:r w:rsidRPr="000345EC">
        <w:rPr>
          <w:rFonts w:ascii="Times New Roman" w:hAnsi="Times New Roman" w:cs="Times New Roman"/>
          <w:color w:val="auto"/>
          <w:sz w:val="22"/>
          <w:szCs w:val="22"/>
          <w:lang w:val="uk-UA"/>
        </w:rPr>
        <w:t>Відповідність технічним вимогам</w:t>
      </w:r>
    </w:p>
    <w:tbl>
      <w:tblPr>
        <w:tblStyle w:val="aff0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4394"/>
        <w:gridCol w:w="3402"/>
      </w:tblGrid>
      <w:tr w:rsidR="00F04789" w:rsidRPr="000345EC" w:rsidTr="00736015">
        <w:trPr>
          <w:cantSplit/>
          <w:tblHeader/>
          <w:jc w:val="center"/>
        </w:trPr>
        <w:tc>
          <w:tcPr>
            <w:tcW w:w="212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04789" w:rsidRPr="000345EC" w:rsidRDefault="00F04789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Товар</w:t>
            </w:r>
          </w:p>
        </w:tc>
        <w:tc>
          <w:tcPr>
            <w:tcW w:w="4394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04789" w:rsidRPr="000345EC" w:rsidRDefault="00F04789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Мінімальна вимога Замовника</w:t>
            </w:r>
          </w:p>
        </w:tc>
        <w:tc>
          <w:tcPr>
            <w:tcW w:w="340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04789" w:rsidRPr="000345EC" w:rsidRDefault="00F04789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Запропонована характеристика</w:t>
            </w:r>
          </w:p>
        </w:tc>
      </w:tr>
      <w:tr w:rsidR="00F04789" w:rsidRPr="000345EC" w:rsidTr="00736015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04789" w:rsidRPr="00F04789" w:rsidRDefault="004F65D3" w:rsidP="00F04789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4F65D3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Підгузки дитячі/педіатричні одноразові, розмір 5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04789" w:rsidRPr="00F04789" w:rsidRDefault="00F04789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F04789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 xml:space="preserve">Розмір 5 або еквівалент за сіткою виробника; орієнтовна вагова група 11–20/25 кг; анатомічна форма, багаторазові липучки або еквівалентне кріплення, еластичні </w:t>
            </w:r>
            <w:proofErr w:type="spellStart"/>
            <w:r w:rsidRPr="00F04789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боковини</w:t>
            </w:r>
            <w:proofErr w:type="spellEnd"/>
            <w:r w:rsidRPr="00F04789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 xml:space="preserve">, захисні бортики, поглинальний шар із </w:t>
            </w:r>
            <w:proofErr w:type="spellStart"/>
            <w:r w:rsidRPr="00F04789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суперабсорбентом</w:t>
            </w:r>
            <w:proofErr w:type="spellEnd"/>
            <w:r w:rsidRPr="00F04789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. У наборі — 3 заводські упаковки, не менше 30 шт. у кожній упаковці. Фасування понад 30 шт. допускається без зменшення кількості упаковок.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04789" w:rsidRPr="00F04789" w:rsidRDefault="00F04789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  <w:tr w:rsidR="00F04789" w:rsidRPr="000345EC" w:rsidTr="00736015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04789" w:rsidRPr="00F04789" w:rsidRDefault="00F04789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F04789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Інші позиції набору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04789" w:rsidRPr="00F04789" w:rsidRDefault="00F04789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F04789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Мають відповідати розділу «Загальні технічні вимоги до спільних складових усіх лотів» цієї Тендерної форми. Вартість комплектування, пакування та доставки включається до загальної ціни лота й окремо не зазначається.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F04789" w:rsidRPr="00F04789" w:rsidRDefault="00F04789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</w:tbl>
    <w:p w:rsidR="00F04789" w:rsidRPr="000345EC" w:rsidRDefault="00F04789" w:rsidP="00F04789">
      <w:pPr>
        <w:spacing w:before="100"/>
        <w:rPr>
          <w:rFonts w:cs="Times New Roman"/>
          <w:sz w:val="20"/>
          <w:szCs w:val="20"/>
          <w:lang w:val="uk-UA"/>
        </w:rPr>
      </w:pPr>
      <w:r w:rsidRPr="000345EC">
        <w:rPr>
          <w:rFonts w:eastAsia="Arial" w:cs="Times New Roman"/>
          <w:b/>
          <w:color w:val="1F2937"/>
          <w:sz w:val="20"/>
          <w:szCs w:val="20"/>
          <w:lang w:val="uk-UA"/>
        </w:rPr>
        <w:t>Підтверджуємо відповідність запропонованих товарів зазначеним вимогам.</w:t>
      </w:r>
    </w:p>
    <w:p w:rsidR="00F04789" w:rsidRDefault="00F04789" w:rsidP="00F04789">
      <w:pPr>
        <w:rPr>
          <w:rFonts w:eastAsia="Arial" w:cs="Times New Roman"/>
          <w:color w:val="1F2937"/>
          <w:sz w:val="20"/>
          <w:szCs w:val="20"/>
          <w:lang w:val="ru-RU"/>
        </w:rPr>
      </w:pPr>
      <w:r>
        <w:rPr>
          <w:rFonts w:eastAsia="Arial" w:cs="Times New Roman"/>
          <w:color w:val="1F2937"/>
          <w:sz w:val="20"/>
          <w:szCs w:val="20"/>
          <w:lang w:val="ru-RU"/>
        </w:rPr>
        <w:t>Дата: 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   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Підпис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: __________________    ПІБ: </w:t>
      </w:r>
      <w:r>
        <w:rPr>
          <w:rFonts w:eastAsia="Arial" w:cs="Times New Roman"/>
          <w:color w:val="1F2937"/>
          <w:sz w:val="20"/>
          <w:szCs w:val="20"/>
          <w:lang w:val="ru-RU"/>
        </w:rPr>
        <w:t>________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________________    М.П. (за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наявності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>)</w:t>
      </w:r>
    </w:p>
    <w:p w:rsidR="00F511EC" w:rsidRPr="000345EC" w:rsidRDefault="00F511EC" w:rsidP="00F511EC">
      <w:pPr>
        <w:rPr>
          <w:rFonts w:cs="Times New Roman"/>
          <w:lang w:val="ru-RU"/>
        </w:rPr>
      </w:pPr>
      <w:r w:rsidRPr="000345EC">
        <w:rPr>
          <w:rFonts w:cs="Times New Roman"/>
          <w:lang w:val="ru-RU"/>
        </w:rPr>
        <w:br w:type="page"/>
      </w:r>
    </w:p>
    <w:p w:rsidR="004F65D3" w:rsidRPr="004F65D3" w:rsidRDefault="004F65D3" w:rsidP="004F65D3">
      <w:pPr>
        <w:keepNext/>
        <w:pageBreakBefore/>
        <w:spacing w:before="160" w:after="120"/>
        <w:jc w:val="center"/>
        <w:rPr>
          <w:color w:val="000000"/>
          <w:sz w:val="20"/>
          <w:lang w:val="ru-RU"/>
        </w:rPr>
      </w:pPr>
      <w:r w:rsidRPr="00515787">
        <w:rPr>
          <w:b/>
          <w:color w:val="000000"/>
          <w:sz w:val="24"/>
          <w:lang w:val="uk-UA"/>
        </w:rPr>
        <w:lastRenderedPageBreak/>
        <w:t>Лот №</w:t>
      </w:r>
      <w:r>
        <w:rPr>
          <w:b/>
          <w:color w:val="000000"/>
          <w:sz w:val="24"/>
          <w:lang w:val="uk-UA"/>
        </w:rPr>
        <w:t xml:space="preserve"> </w:t>
      </w:r>
      <w:r>
        <w:rPr>
          <w:b/>
          <w:color w:val="000000"/>
          <w:sz w:val="24"/>
          <w:lang w:val="uk-UA"/>
        </w:rPr>
        <w:t>3</w:t>
      </w:r>
      <w:r w:rsidRPr="00515787">
        <w:rPr>
          <w:b/>
          <w:color w:val="000000"/>
          <w:sz w:val="24"/>
          <w:lang w:val="uk-UA"/>
        </w:rPr>
        <w:t xml:space="preserve"> — </w:t>
      </w:r>
      <w:r w:rsidRPr="00F511EC">
        <w:rPr>
          <w:b/>
          <w:color w:val="000000"/>
          <w:sz w:val="24"/>
          <w:lang w:val="uk-UA"/>
        </w:rPr>
        <w:t xml:space="preserve">Гігієнічні набори з </w:t>
      </w:r>
      <w:r w:rsidRPr="004F65D3">
        <w:rPr>
          <w:b/>
          <w:color w:val="000000"/>
          <w:sz w:val="24"/>
          <w:lang w:val="uk-UA"/>
        </w:rPr>
        <w:t xml:space="preserve">дитячими </w:t>
      </w:r>
      <w:r w:rsidRPr="00F511EC">
        <w:rPr>
          <w:b/>
          <w:color w:val="000000"/>
          <w:sz w:val="24"/>
          <w:lang w:val="uk-UA"/>
        </w:rPr>
        <w:t xml:space="preserve">підгузками, розмір </w:t>
      </w:r>
      <w:r>
        <w:rPr>
          <w:b/>
          <w:color w:val="000000"/>
          <w:sz w:val="24"/>
          <w:lang w:val="uk-UA"/>
        </w:rPr>
        <w:t>6</w:t>
      </w:r>
      <w:r>
        <w:rPr>
          <w:color w:val="000000"/>
          <w:sz w:val="20"/>
          <w:lang w:val="uk-UA"/>
        </w:rPr>
        <w:br/>
      </w:r>
      <w:r w:rsidRPr="004F65D3">
        <w:rPr>
          <w:rFonts w:eastAsia="Arial" w:cs="Times New Roman"/>
          <w:color w:val="1F2937"/>
          <w:lang w:val="uk-UA"/>
        </w:rPr>
        <w:t>Отримувачів: 8 • Наборів: 24 • Розподіл: Харківська — 21; Сумська — 3</w:t>
      </w:r>
    </w:p>
    <w:p w:rsidR="004F65D3" w:rsidRPr="00F511EC" w:rsidRDefault="004F65D3" w:rsidP="004F65D3">
      <w:pPr>
        <w:spacing w:after="80" w:line="240" w:lineRule="auto"/>
        <w:ind w:firstLine="284"/>
        <w:jc w:val="both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color w:val="000000"/>
          <w:sz w:val="20"/>
          <w:szCs w:val="20"/>
          <w:lang w:val="uk-UA" w:eastAsia="uk-UA"/>
        </w:rPr>
        <w:t>Учасник заповнює всі графи за обраним лотом. Ціна включає всі податки, збори, пакування, доставку, розвантаження та інші супутні витрати.</w:t>
      </w:r>
    </w:p>
    <w:tbl>
      <w:tblPr>
        <w:tblW w:w="991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"/>
        <w:gridCol w:w="3188"/>
        <w:gridCol w:w="851"/>
        <w:gridCol w:w="708"/>
        <w:gridCol w:w="2694"/>
        <w:gridCol w:w="992"/>
        <w:gridCol w:w="1134"/>
      </w:tblGrid>
      <w:tr w:rsidR="00D51B0C" w:rsidRPr="00F511EC" w:rsidTr="00D51B0C">
        <w:trPr>
          <w:tblHeader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№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К-ть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Торгова марка, артикул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Ціна за од., грн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Сума, грн</w:t>
            </w:r>
          </w:p>
        </w:tc>
      </w:tr>
      <w:tr w:rsidR="00D51B0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191CA0" w:rsidRDefault="00191CA0" w:rsidP="00736015">
            <w:pPr>
              <w:rPr>
                <w:sz w:val="18"/>
                <w:szCs w:val="18"/>
                <w:lang w:val="uk-UA"/>
              </w:rPr>
            </w:pPr>
            <w:r w:rsidRPr="00191CA0">
              <w:rPr>
                <w:sz w:val="18"/>
                <w:szCs w:val="18"/>
                <w:lang w:val="uk-UA"/>
              </w:rPr>
              <w:t>Підгузки дитячі/педіатричні одноразові, розмір 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 xml:space="preserve">Крем від 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попрілостей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Дитячі вологі серветки з клапаном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Рідке дитяче мило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Універсальний засіб для прання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Засіб для видалення плям/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відбілювач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Дитяча присипка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Одноразові гігієнічні пелюшки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D51B0C">
        <w:trPr>
          <w:trHeight w:val="408"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Пакувальна коробка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D51B0C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D51B0C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 xml:space="preserve">РАЗОМ КОМПЛЕКТ ЗА ЛОТОМ № </w:t>
            </w:r>
            <w:r w:rsidR="00D51B0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proofErr w:type="spellStart"/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комп</w:t>
            </w:r>
            <w:r w:rsidR="00191CA0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л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F511EC" w:rsidRDefault="004F65D3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</w:tr>
    </w:tbl>
    <w:p w:rsidR="004F65D3" w:rsidRPr="00F511EC" w:rsidRDefault="004F65D3" w:rsidP="004F65D3">
      <w:pPr>
        <w:spacing w:before="100" w:after="60" w:line="240" w:lineRule="auto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b/>
          <w:bCs/>
          <w:color w:val="000000"/>
          <w:lang w:val="uk-UA" w:eastAsia="uk-UA"/>
        </w:rPr>
        <w:br/>
      </w:r>
      <w:r w:rsidRPr="000345EC">
        <w:rPr>
          <w:rFonts w:cs="Times New Roman"/>
          <w:b/>
          <w:bCs/>
          <w:lang w:val="uk-UA" w:eastAsia="uk-UA"/>
        </w:rPr>
        <w:t xml:space="preserve">Кількість наборів, які потрібно відправити по Лоту № </w:t>
      </w:r>
      <w:r w:rsidR="00191CA0">
        <w:rPr>
          <w:rFonts w:cs="Times New Roman"/>
          <w:b/>
          <w:bCs/>
          <w:lang w:val="uk-UA" w:eastAsia="uk-UA"/>
        </w:rPr>
        <w:t>3</w:t>
      </w:r>
    </w:p>
    <w:tbl>
      <w:tblPr>
        <w:tblW w:w="991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845"/>
        <w:gridCol w:w="709"/>
        <w:gridCol w:w="5670"/>
      </w:tblGrid>
      <w:tr w:rsidR="004F65D3" w:rsidRPr="00F511EC" w:rsidTr="00736015">
        <w:trPr>
          <w:trHeight w:val="3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0345EC" w:rsidRDefault="004F65D3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0345EC" w:rsidRDefault="004F65D3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Найменування 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0345EC" w:rsidRDefault="004F65D3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0345EC" w:rsidRDefault="004F65D3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К-ть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F65D3" w:rsidRPr="000345EC" w:rsidRDefault="004F65D3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color w:val="000000"/>
                <w:lang w:val="uk-UA" w:eastAsia="uk-UA"/>
              </w:rPr>
              <w:t>Дані для відправки комплектів</w:t>
            </w:r>
          </w:p>
        </w:tc>
      </w:tr>
      <w:tr w:rsidR="00191CA0" w:rsidRPr="00191CA0" w:rsidTr="00D51B0C">
        <w:trPr>
          <w:trHeight w:val="2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Комплект за Лотом № 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с. Близнюки (</w:t>
            </w:r>
            <w:proofErr w:type="spellStart"/>
            <w:r w:rsidRPr="00191CA0">
              <w:rPr>
                <w:color w:val="000000"/>
                <w:sz w:val="20"/>
                <w:szCs w:val="20"/>
              </w:rPr>
              <w:t>Харків.обл</w:t>
            </w:r>
            <w:proofErr w:type="spellEnd"/>
            <w:r w:rsidRPr="00191CA0">
              <w:rPr>
                <w:color w:val="000000"/>
                <w:sz w:val="20"/>
                <w:szCs w:val="20"/>
              </w:rPr>
              <w:t>)</w:t>
            </w:r>
          </w:p>
        </w:tc>
      </w:tr>
      <w:tr w:rsidR="00191CA0" w:rsidRPr="00191CA0" w:rsidTr="00D51B0C">
        <w:trPr>
          <w:trHeight w:val="31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Комплект за Лотом № 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sz w:val="20"/>
                <w:szCs w:val="20"/>
              </w:rPr>
              <w:t>м. Харків</w:t>
            </w:r>
          </w:p>
        </w:tc>
      </w:tr>
      <w:tr w:rsidR="00191CA0" w:rsidRPr="00191CA0" w:rsidTr="00D51B0C">
        <w:trPr>
          <w:trHeight w:val="3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Комплект за Лотом № 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191CA0">
              <w:rPr>
                <w:sz w:val="20"/>
                <w:szCs w:val="20"/>
                <w:lang w:val="ru-RU"/>
              </w:rPr>
              <w:t>м. Берестин (</w:t>
            </w:r>
            <w:proofErr w:type="spellStart"/>
            <w:r w:rsidRPr="00191CA0">
              <w:rPr>
                <w:sz w:val="20"/>
                <w:szCs w:val="20"/>
                <w:lang w:val="ru-RU"/>
              </w:rPr>
              <w:t>Харків.обл</w:t>
            </w:r>
            <w:proofErr w:type="spellEnd"/>
            <w:r w:rsidRPr="00191CA0">
              <w:rPr>
                <w:sz w:val="20"/>
                <w:szCs w:val="20"/>
                <w:lang w:val="ru-RU"/>
              </w:rPr>
              <w:t>)</w:t>
            </w:r>
          </w:p>
        </w:tc>
      </w:tr>
      <w:tr w:rsidR="00191CA0" w:rsidRPr="00191CA0" w:rsidTr="00D51B0C">
        <w:trPr>
          <w:trHeight w:val="19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Комплект за Лотом № 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191CA0">
              <w:rPr>
                <w:sz w:val="20"/>
                <w:szCs w:val="20"/>
                <w:lang w:val="ru-RU"/>
              </w:rPr>
              <w:t xml:space="preserve">с. </w:t>
            </w:r>
            <w:proofErr w:type="spellStart"/>
            <w:r w:rsidRPr="00191CA0">
              <w:rPr>
                <w:sz w:val="20"/>
                <w:szCs w:val="20"/>
                <w:lang w:val="ru-RU"/>
              </w:rPr>
              <w:t>Лихове</w:t>
            </w:r>
            <w:proofErr w:type="spellEnd"/>
            <w:r w:rsidRPr="00191CA0">
              <w:rPr>
                <w:sz w:val="20"/>
                <w:szCs w:val="20"/>
                <w:lang w:val="ru-RU"/>
              </w:rPr>
              <w:t xml:space="preserve"> </w:t>
            </w:r>
            <w:r w:rsidRPr="00191CA0">
              <w:rPr>
                <w:sz w:val="20"/>
                <w:szCs w:val="20"/>
                <w:lang w:val="ru-RU"/>
              </w:rPr>
              <w:t>(</w:t>
            </w:r>
            <w:proofErr w:type="spellStart"/>
            <w:r w:rsidRPr="00191CA0">
              <w:rPr>
                <w:sz w:val="20"/>
                <w:szCs w:val="20"/>
                <w:lang w:val="ru-RU"/>
              </w:rPr>
              <w:t>Нововодолазька</w:t>
            </w:r>
            <w:proofErr w:type="spellEnd"/>
            <w:r w:rsidRPr="00191CA0">
              <w:rPr>
                <w:sz w:val="20"/>
                <w:szCs w:val="20"/>
                <w:lang w:val="ru-RU"/>
              </w:rPr>
              <w:t xml:space="preserve"> ТГ, </w:t>
            </w:r>
            <w:proofErr w:type="spellStart"/>
            <w:r w:rsidRPr="00191CA0">
              <w:rPr>
                <w:sz w:val="20"/>
                <w:szCs w:val="20"/>
                <w:lang w:val="ru-RU"/>
              </w:rPr>
              <w:t>Харків.обл</w:t>
            </w:r>
            <w:proofErr w:type="spellEnd"/>
            <w:r w:rsidRPr="00191CA0">
              <w:rPr>
                <w:sz w:val="20"/>
                <w:szCs w:val="20"/>
                <w:lang w:val="ru-RU"/>
              </w:rPr>
              <w:t>)</w:t>
            </w:r>
          </w:p>
        </w:tc>
      </w:tr>
      <w:tr w:rsidR="00191CA0" w:rsidRPr="00191CA0" w:rsidTr="00D51B0C">
        <w:trPr>
          <w:trHeight w:val="4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Комплект за Лотом № 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191CA0">
              <w:rPr>
                <w:sz w:val="20"/>
                <w:szCs w:val="20"/>
                <w:lang w:val="ru-RU"/>
              </w:rPr>
              <w:t xml:space="preserve">с. </w:t>
            </w:r>
            <w:proofErr w:type="spellStart"/>
            <w:r w:rsidRPr="00191CA0">
              <w:rPr>
                <w:sz w:val="20"/>
                <w:szCs w:val="20"/>
                <w:lang w:val="ru-RU"/>
              </w:rPr>
              <w:t>Олексіївка</w:t>
            </w:r>
            <w:proofErr w:type="spellEnd"/>
            <w:r w:rsidRPr="00191CA0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91CA0">
              <w:rPr>
                <w:sz w:val="20"/>
                <w:szCs w:val="20"/>
                <w:lang w:val="ru-RU"/>
              </w:rPr>
              <w:t>Краснокутська</w:t>
            </w:r>
            <w:proofErr w:type="spellEnd"/>
            <w:r w:rsidRPr="00191CA0">
              <w:rPr>
                <w:sz w:val="20"/>
                <w:szCs w:val="20"/>
                <w:lang w:val="ru-RU"/>
              </w:rPr>
              <w:t xml:space="preserve"> ТГ, </w:t>
            </w:r>
            <w:proofErr w:type="spellStart"/>
            <w:r w:rsidRPr="00191CA0">
              <w:rPr>
                <w:sz w:val="20"/>
                <w:szCs w:val="20"/>
                <w:lang w:val="ru-RU"/>
              </w:rPr>
              <w:t>Х</w:t>
            </w:r>
            <w:r w:rsidRPr="00191CA0">
              <w:rPr>
                <w:sz w:val="20"/>
                <w:szCs w:val="20"/>
                <w:lang w:val="ru-RU"/>
              </w:rPr>
              <w:t>арків.обл</w:t>
            </w:r>
            <w:proofErr w:type="spellEnd"/>
            <w:r w:rsidRPr="00191CA0">
              <w:rPr>
                <w:sz w:val="20"/>
                <w:szCs w:val="20"/>
                <w:lang w:val="ru-RU"/>
              </w:rPr>
              <w:t>)</w:t>
            </w:r>
          </w:p>
        </w:tc>
      </w:tr>
      <w:tr w:rsidR="00191CA0" w:rsidRPr="00191CA0" w:rsidTr="00D51B0C">
        <w:trPr>
          <w:trHeight w:val="4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Комплект за Лотом № 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191CA0">
              <w:rPr>
                <w:sz w:val="20"/>
                <w:szCs w:val="20"/>
                <w:lang w:val="ru-RU"/>
              </w:rPr>
              <w:t xml:space="preserve">с. </w:t>
            </w:r>
            <w:proofErr w:type="spellStart"/>
            <w:r w:rsidRPr="00191CA0">
              <w:rPr>
                <w:sz w:val="20"/>
                <w:szCs w:val="20"/>
                <w:lang w:val="ru-RU"/>
              </w:rPr>
              <w:t>Бабаї</w:t>
            </w:r>
            <w:proofErr w:type="spellEnd"/>
            <w:r w:rsidRPr="00191CA0">
              <w:rPr>
                <w:sz w:val="20"/>
                <w:szCs w:val="20"/>
                <w:lang w:val="ru-RU"/>
              </w:rPr>
              <w:t xml:space="preserve"> </w:t>
            </w:r>
            <w:r w:rsidRPr="00191CA0">
              <w:rPr>
                <w:sz w:val="20"/>
                <w:szCs w:val="20"/>
                <w:lang w:val="ru-RU"/>
              </w:rPr>
              <w:t>(</w:t>
            </w:r>
            <w:proofErr w:type="spellStart"/>
            <w:r w:rsidRPr="00191CA0">
              <w:rPr>
                <w:sz w:val="20"/>
                <w:szCs w:val="20"/>
                <w:lang w:val="ru-RU"/>
              </w:rPr>
              <w:t>Харків.обл</w:t>
            </w:r>
            <w:proofErr w:type="spellEnd"/>
            <w:r w:rsidRPr="00191CA0">
              <w:rPr>
                <w:sz w:val="20"/>
                <w:szCs w:val="20"/>
                <w:lang w:val="ru-RU"/>
              </w:rPr>
              <w:t>)</w:t>
            </w:r>
          </w:p>
        </w:tc>
      </w:tr>
      <w:tr w:rsidR="00191CA0" w:rsidRPr="00191CA0" w:rsidTr="00D51B0C">
        <w:trPr>
          <w:trHeight w:val="4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Комплект за Лотом № 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191CA0" w:rsidRPr="00191CA0" w:rsidRDefault="00191CA0" w:rsidP="00D51B0C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191CA0">
              <w:rPr>
                <w:sz w:val="20"/>
                <w:szCs w:val="20"/>
                <w:lang w:val="ru-RU"/>
              </w:rPr>
              <w:t>с. Боброве (</w:t>
            </w:r>
            <w:proofErr w:type="spellStart"/>
            <w:r w:rsidRPr="00191CA0">
              <w:rPr>
                <w:sz w:val="20"/>
                <w:szCs w:val="20"/>
                <w:lang w:val="ru-RU"/>
              </w:rPr>
              <w:t>Сумська</w:t>
            </w:r>
            <w:proofErr w:type="spellEnd"/>
            <w:r w:rsidRPr="00191CA0">
              <w:rPr>
                <w:sz w:val="20"/>
                <w:szCs w:val="20"/>
                <w:lang w:val="ru-RU"/>
              </w:rPr>
              <w:t xml:space="preserve"> область)</w:t>
            </w:r>
          </w:p>
        </w:tc>
      </w:tr>
    </w:tbl>
    <w:p w:rsidR="004F65D3" w:rsidRPr="000345EC" w:rsidRDefault="004F65D3" w:rsidP="004F65D3">
      <w:pPr>
        <w:pStyle w:val="1"/>
        <w:rPr>
          <w:rFonts w:ascii="Times New Roman" w:hAnsi="Times New Roman" w:cs="Times New Roman"/>
          <w:color w:val="auto"/>
          <w:sz w:val="22"/>
          <w:szCs w:val="22"/>
          <w:lang w:val="uk-UA"/>
        </w:rPr>
      </w:pPr>
      <w:r w:rsidRPr="000345EC">
        <w:rPr>
          <w:rFonts w:ascii="Times New Roman" w:hAnsi="Times New Roman" w:cs="Times New Roman"/>
          <w:color w:val="auto"/>
          <w:sz w:val="22"/>
          <w:szCs w:val="22"/>
          <w:lang w:val="uk-UA"/>
        </w:rPr>
        <w:t>Відповідність технічним вимогам</w:t>
      </w:r>
    </w:p>
    <w:tbl>
      <w:tblPr>
        <w:tblStyle w:val="aff0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4394"/>
        <w:gridCol w:w="3402"/>
      </w:tblGrid>
      <w:tr w:rsidR="004F65D3" w:rsidRPr="000345EC" w:rsidTr="00736015">
        <w:trPr>
          <w:cantSplit/>
          <w:tblHeader/>
          <w:jc w:val="center"/>
        </w:trPr>
        <w:tc>
          <w:tcPr>
            <w:tcW w:w="212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F65D3" w:rsidRPr="000345EC" w:rsidRDefault="004F65D3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Товар</w:t>
            </w:r>
          </w:p>
        </w:tc>
        <w:tc>
          <w:tcPr>
            <w:tcW w:w="4394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F65D3" w:rsidRPr="000345EC" w:rsidRDefault="004F65D3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Мінімальна вимога Замовника</w:t>
            </w:r>
          </w:p>
        </w:tc>
        <w:tc>
          <w:tcPr>
            <w:tcW w:w="340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F65D3" w:rsidRPr="000345EC" w:rsidRDefault="004F65D3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Запропонована характеристика</w:t>
            </w:r>
          </w:p>
        </w:tc>
      </w:tr>
      <w:tr w:rsidR="00191CA0" w:rsidRPr="000345EC" w:rsidTr="00736015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91CA0" w:rsidRPr="00191CA0" w:rsidRDefault="00191CA0" w:rsidP="00191CA0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191CA0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Підгузки дитячі/педіатричні одноразові, розмір 6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91CA0" w:rsidRPr="00191CA0" w:rsidRDefault="00191CA0" w:rsidP="00191CA0">
            <w:pPr>
              <w:rPr>
                <w:rFonts w:cs="Times New Roman"/>
                <w:sz w:val="18"/>
                <w:szCs w:val="18"/>
              </w:rPr>
            </w:pPr>
            <w:r w:rsidRPr="00191CA0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 xml:space="preserve">Розмір 6 або еквівалент за сіткою виробника; орієнтовна вагова група від 15 кг; анатомічна форма, багаторазові липучки або еквівалентне кріплення, еластичні </w:t>
            </w:r>
            <w:proofErr w:type="spellStart"/>
            <w:r w:rsidRPr="00191CA0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боковини</w:t>
            </w:r>
            <w:proofErr w:type="spellEnd"/>
            <w:r w:rsidRPr="00191CA0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 xml:space="preserve">, захисні бортики, поглинальний шар із </w:t>
            </w:r>
            <w:proofErr w:type="spellStart"/>
            <w:r w:rsidRPr="00191CA0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суперабсорбентом</w:t>
            </w:r>
            <w:proofErr w:type="spellEnd"/>
            <w:r w:rsidRPr="00191CA0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 xml:space="preserve">. </w:t>
            </w:r>
            <w:r w:rsidRPr="00191CA0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У </w:t>
            </w:r>
            <w:proofErr w:type="spellStart"/>
            <w:r w:rsidRPr="00191CA0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наборі</w:t>
            </w:r>
            <w:proofErr w:type="spellEnd"/>
            <w:r w:rsidRPr="00191CA0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— 3 </w:t>
            </w:r>
            <w:proofErr w:type="spellStart"/>
            <w:r w:rsidRPr="00191CA0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заводські</w:t>
            </w:r>
            <w:proofErr w:type="spellEnd"/>
            <w:r w:rsidRPr="00191CA0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упаковки, не </w:t>
            </w:r>
            <w:proofErr w:type="spellStart"/>
            <w:r w:rsidRPr="00191CA0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менше</w:t>
            </w:r>
            <w:proofErr w:type="spellEnd"/>
            <w:r w:rsidRPr="00191CA0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30 шт. у </w:t>
            </w:r>
            <w:proofErr w:type="spellStart"/>
            <w:r w:rsidRPr="00191CA0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кожній</w:t>
            </w:r>
            <w:proofErr w:type="spellEnd"/>
            <w:r w:rsidRPr="00191CA0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191CA0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упаковці</w:t>
            </w:r>
            <w:proofErr w:type="spellEnd"/>
            <w:r w:rsidRPr="00191CA0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>Фасування</w:t>
            </w:r>
            <w:proofErr w:type="spellEnd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>понад</w:t>
            </w:r>
            <w:proofErr w:type="spellEnd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 xml:space="preserve"> 30 </w:t>
            </w:r>
            <w:proofErr w:type="spellStart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>шт</w:t>
            </w:r>
            <w:proofErr w:type="spellEnd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>допускається</w:t>
            </w:r>
            <w:proofErr w:type="spellEnd"/>
            <w:proofErr w:type="gramEnd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>без</w:t>
            </w:r>
            <w:proofErr w:type="spellEnd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>зменшення</w:t>
            </w:r>
            <w:proofErr w:type="spellEnd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>кількості</w:t>
            </w:r>
            <w:proofErr w:type="spellEnd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>упаковок</w:t>
            </w:r>
            <w:proofErr w:type="spellEnd"/>
            <w:r w:rsidRPr="00191CA0">
              <w:rPr>
                <w:rFonts w:eastAsia="Arial" w:cs="Times New Roman"/>
                <w:color w:val="1F2937"/>
                <w:sz w:val="18"/>
                <w:szCs w:val="18"/>
              </w:rPr>
              <w:t>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91CA0" w:rsidRPr="00F04789" w:rsidRDefault="00191CA0" w:rsidP="00191CA0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  <w:tr w:rsidR="004F65D3" w:rsidRPr="000345EC" w:rsidTr="00736015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F65D3" w:rsidRPr="00F04789" w:rsidRDefault="004F65D3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F04789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lastRenderedPageBreak/>
              <w:t>Інші позиції набору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F65D3" w:rsidRPr="00F04789" w:rsidRDefault="004F65D3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F04789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Мають відповідати розділу «Загальні технічні вимоги до спільних складових усіх лотів» цієї Тендерної форми. Вартість комплектування, пакування та доставки включається до загальної ціни лота й окремо не зазначається.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F65D3" w:rsidRPr="00F04789" w:rsidRDefault="004F65D3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</w:tbl>
    <w:p w:rsidR="004F65D3" w:rsidRPr="000345EC" w:rsidRDefault="004F65D3" w:rsidP="004F65D3">
      <w:pPr>
        <w:spacing w:before="100"/>
        <w:rPr>
          <w:rFonts w:cs="Times New Roman"/>
          <w:sz w:val="20"/>
          <w:szCs w:val="20"/>
          <w:lang w:val="uk-UA"/>
        </w:rPr>
      </w:pPr>
      <w:r w:rsidRPr="000345EC">
        <w:rPr>
          <w:rFonts w:eastAsia="Arial" w:cs="Times New Roman"/>
          <w:b/>
          <w:color w:val="1F2937"/>
          <w:sz w:val="20"/>
          <w:szCs w:val="20"/>
          <w:lang w:val="uk-UA"/>
        </w:rPr>
        <w:t>Підтверджуємо відповідність запропонованих товарів зазначеним вимогам.</w:t>
      </w:r>
    </w:p>
    <w:p w:rsidR="004F65D3" w:rsidRDefault="004F65D3" w:rsidP="004F65D3">
      <w:pPr>
        <w:rPr>
          <w:rFonts w:eastAsia="Arial" w:cs="Times New Roman"/>
          <w:color w:val="1F2937"/>
          <w:sz w:val="20"/>
          <w:szCs w:val="20"/>
          <w:lang w:val="ru-RU"/>
        </w:rPr>
      </w:pPr>
      <w:r>
        <w:rPr>
          <w:rFonts w:eastAsia="Arial" w:cs="Times New Roman"/>
          <w:color w:val="1F2937"/>
          <w:sz w:val="20"/>
          <w:szCs w:val="20"/>
          <w:lang w:val="ru-RU"/>
        </w:rPr>
        <w:t>Дата: 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   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Підпис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: __________________    ПІБ: </w:t>
      </w:r>
      <w:r>
        <w:rPr>
          <w:rFonts w:eastAsia="Arial" w:cs="Times New Roman"/>
          <w:color w:val="1F2937"/>
          <w:sz w:val="20"/>
          <w:szCs w:val="20"/>
          <w:lang w:val="ru-RU"/>
        </w:rPr>
        <w:t>________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________________    М.П. (за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наявності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>)</w:t>
      </w:r>
    </w:p>
    <w:p w:rsidR="00D51B0C" w:rsidRPr="004F65D3" w:rsidRDefault="00D51B0C" w:rsidP="00D51B0C">
      <w:pPr>
        <w:keepNext/>
        <w:pageBreakBefore/>
        <w:spacing w:before="160" w:after="120"/>
        <w:jc w:val="center"/>
        <w:rPr>
          <w:color w:val="000000"/>
          <w:sz w:val="20"/>
          <w:lang w:val="ru-RU"/>
        </w:rPr>
      </w:pPr>
      <w:r w:rsidRPr="00515787">
        <w:rPr>
          <w:b/>
          <w:color w:val="000000"/>
          <w:sz w:val="24"/>
          <w:lang w:val="uk-UA"/>
        </w:rPr>
        <w:lastRenderedPageBreak/>
        <w:t>Лот №</w:t>
      </w:r>
      <w:r>
        <w:rPr>
          <w:b/>
          <w:color w:val="000000"/>
          <w:sz w:val="24"/>
          <w:lang w:val="uk-UA"/>
        </w:rPr>
        <w:t xml:space="preserve"> </w:t>
      </w:r>
      <w:r>
        <w:rPr>
          <w:b/>
          <w:color w:val="000000"/>
          <w:sz w:val="24"/>
          <w:lang w:val="uk-UA"/>
        </w:rPr>
        <w:t>4</w:t>
      </w:r>
      <w:r w:rsidRPr="00515787">
        <w:rPr>
          <w:b/>
          <w:color w:val="000000"/>
          <w:sz w:val="24"/>
          <w:lang w:val="uk-UA"/>
        </w:rPr>
        <w:t xml:space="preserve"> — </w:t>
      </w:r>
      <w:r w:rsidRPr="00F511EC">
        <w:rPr>
          <w:b/>
          <w:color w:val="000000"/>
          <w:sz w:val="24"/>
          <w:lang w:val="uk-UA"/>
        </w:rPr>
        <w:t>Гігієнічні набори</w:t>
      </w:r>
      <w:r w:rsidRPr="00D51B0C">
        <w:rPr>
          <w:lang w:val="ru-RU"/>
        </w:rPr>
        <w:t xml:space="preserve"> </w:t>
      </w:r>
      <w:r>
        <w:rPr>
          <w:lang w:val="uk-UA"/>
        </w:rPr>
        <w:t xml:space="preserve">з </w:t>
      </w:r>
      <w:r w:rsidRPr="00D51B0C">
        <w:rPr>
          <w:b/>
          <w:color w:val="000000"/>
          <w:sz w:val="24"/>
          <w:lang w:val="uk-UA"/>
        </w:rPr>
        <w:t>підгузками-трусиками, еквівалент розміру 8</w:t>
      </w:r>
      <w:r>
        <w:rPr>
          <w:color w:val="000000"/>
          <w:sz w:val="20"/>
          <w:lang w:val="uk-UA"/>
        </w:rPr>
        <w:br/>
      </w:r>
      <w:r w:rsidRPr="004F65D3">
        <w:rPr>
          <w:rFonts w:eastAsia="Arial" w:cs="Times New Roman"/>
          <w:color w:val="1F2937"/>
          <w:lang w:val="uk-UA"/>
        </w:rPr>
        <w:t xml:space="preserve">Отримувачів: </w:t>
      </w:r>
      <w:r>
        <w:rPr>
          <w:rFonts w:eastAsia="Arial" w:cs="Times New Roman"/>
          <w:color w:val="1F2937"/>
          <w:lang w:val="uk-UA"/>
        </w:rPr>
        <w:t>7</w:t>
      </w:r>
      <w:r w:rsidRPr="004F65D3">
        <w:rPr>
          <w:rFonts w:eastAsia="Arial" w:cs="Times New Roman"/>
          <w:color w:val="1F2937"/>
          <w:lang w:val="uk-UA"/>
        </w:rPr>
        <w:t xml:space="preserve"> • Наборів: 2</w:t>
      </w:r>
      <w:r>
        <w:rPr>
          <w:rFonts w:eastAsia="Arial" w:cs="Times New Roman"/>
          <w:color w:val="1F2937"/>
          <w:lang w:val="uk-UA"/>
        </w:rPr>
        <w:t>1</w:t>
      </w:r>
      <w:r w:rsidRPr="004F65D3">
        <w:rPr>
          <w:rFonts w:eastAsia="Arial" w:cs="Times New Roman"/>
          <w:color w:val="1F2937"/>
          <w:lang w:val="uk-UA"/>
        </w:rPr>
        <w:t xml:space="preserve"> • Розподіл: Харківська — </w:t>
      </w:r>
      <w:r>
        <w:rPr>
          <w:rFonts w:eastAsia="Arial" w:cs="Times New Roman"/>
          <w:color w:val="1F2937"/>
          <w:lang w:val="uk-UA"/>
        </w:rPr>
        <w:t>9</w:t>
      </w:r>
      <w:r w:rsidRPr="004F65D3">
        <w:rPr>
          <w:rFonts w:eastAsia="Arial" w:cs="Times New Roman"/>
          <w:color w:val="1F2937"/>
          <w:lang w:val="uk-UA"/>
        </w:rPr>
        <w:t xml:space="preserve">; Сумська — </w:t>
      </w:r>
      <w:r>
        <w:rPr>
          <w:rFonts w:eastAsia="Arial" w:cs="Times New Roman"/>
          <w:color w:val="1F2937"/>
          <w:lang w:val="uk-UA"/>
        </w:rPr>
        <w:t>12</w:t>
      </w:r>
    </w:p>
    <w:p w:rsidR="00D51B0C" w:rsidRPr="00F511EC" w:rsidRDefault="00D51B0C" w:rsidP="00D51B0C">
      <w:pPr>
        <w:spacing w:after="80" w:line="240" w:lineRule="auto"/>
        <w:ind w:firstLine="284"/>
        <w:jc w:val="both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color w:val="000000"/>
          <w:sz w:val="20"/>
          <w:szCs w:val="20"/>
          <w:lang w:val="uk-UA" w:eastAsia="uk-UA"/>
        </w:rPr>
        <w:t>Учасник заповнює всі графи за обраним лотом. Ціна включає всі податки, збори, пакування, доставку, розвантаження та інші супутні витрати.</w:t>
      </w:r>
    </w:p>
    <w:tbl>
      <w:tblPr>
        <w:tblW w:w="991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"/>
        <w:gridCol w:w="3188"/>
        <w:gridCol w:w="851"/>
        <w:gridCol w:w="708"/>
        <w:gridCol w:w="2694"/>
        <w:gridCol w:w="992"/>
        <w:gridCol w:w="1134"/>
      </w:tblGrid>
      <w:tr w:rsidR="00D51B0C" w:rsidRPr="00F511EC" w:rsidTr="00736015">
        <w:trPr>
          <w:tblHeader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№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К-ть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Торгова марка, артикул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Ціна за од., грн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Сума, грн</w:t>
            </w:r>
          </w:p>
        </w:tc>
      </w:tr>
      <w:tr w:rsidR="00D51B0C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D51B0C" w:rsidRDefault="00D51B0C" w:rsidP="00736015">
            <w:pPr>
              <w:rPr>
                <w:sz w:val="18"/>
                <w:szCs w:val="18"/>
                <w:lang w:val="uk-UA"/>
              </w:rPr>
            </w:pPr>
            <w:r w:rsidRPr="00D51B0C">
              <w:rPr>
                <w:sz w:val="18"/>
                <w:szCs w:val="18"/>
                <w:lang w:val="uk-UA"/>
              </w:rPr>
              <w:t>Підгузки-трусики дитячі/педіатричні, еквівалент розміру 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 xml:space="preserve">Крем від 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попрілостей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4361BF">
        <w:trPr>
          <w:trHeight w:val="256"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Дитячі вологі серветки з клапаном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Рідке дитяче мило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Універсальний засіб для прання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Засіб для видалення плям/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відбілювач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Дитяча присипка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Одноразові гігієнічні пелюшки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736015">
        <w:trPr>
          <w:trHeight w:val="408"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Пакувальна коробка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D51B0C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4361BF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РАЗОМ КОМПЛЕКТ ЗА ЛОТОМ №</w:t>
            </w:r>
            <w:r w:rsidR="004361BF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proofErr w:type="spellStart"/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комп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л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F511EC" w:rsidRDefault="00D51B0C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</w:tr>
    </w:tbl>
    <w:p w:rsidR="00D51B0C" w:rsidRPr="00F511EC" w:rsidRDefault="00D51B0C" w:rsidP="00D51B0C">
      <w:pPr>
        <w:spacing w:before="100" w:after="60" w:line="240" w:lineRule="auto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b/>
          <w:bCs/>
          <w:color w:val="000000"/>
          <w:lang w:val="uk-UA" w:eastAsia="uk-UA"/>
        </w:rPr>
        <w:br/>
      </w:r>
      <w:r w:rsidRPr="000345EC">
        <w:rPr>
          <w:rFonts w:cs="Times New Roman"/>
          <w:b/>
          <w:bCs/>
          <w:lang w:val="uk-UA" w:eastAsia="uk-UA"/>
        </w:rPr>
        <w:t>Кількість наборів, які потрібно відправити по Лоту №</w:t>
      </w:r>
      <w:r w:rsidR="004361BF">
        <w:rPr>
          <w:rFonts w:cs="Times New Roman"/>
          <w:b/>
          <w:bCs/>
          <w:lang w:val="uk-UA" w:eastAsia="uk-UA"/>
        </w:rPr>
        <w:t>4</w:t>
      </w:r>
    </w:p>
    <w:tbl>
      <w:tblPr>
        <w:tblW w:w="991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845"/>
        <w:gridCol w:w="709"/>
        <w:gridCol w:w="5670"/>
      </w:tblGrid>
      <w:tr w:rsidR="00D51B0C" w:rsidRPr="00F511EC" w:rsidTr="00736015">
        <w:trPr>
          <w:trHeight w:val="3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0345EC" w:rsidRDefault="00D51B0C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0345EC" w:rsidRDefault="00D51B0C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Найменування 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0345EC" w:rsidRDefault="00D51B0C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0345EC" w:rsidRDefault="00D51B0C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К-ть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D51B0C" w:rsidRPr="000345EC" w:rsidRDefault="00D51B0C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color w:val="000000"/>
                <w:lang w:val="uk-UA" w:eastAsia="uk-UA"/>
              </w:rPr>
              <w:t>Дані для відправки комплектів</w:t>
            </w:r>
          </w:p>
        </w:tc>
      </w:tr>
      <w:tr w:rsidR="004361BF" w:rsidRPr="00191CA0" w:rsidTr="004361BF">
        <w:trPr>
          <w:trHeight w:val="3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 xml:space="preserve">Комплект за Лотом № 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361BF" w:rsidRPr="004361BF" w:rsidRDefault="004361BF" w:rsidP="004361BF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 xml:space="preserve">с. 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Лебедівка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Харків.обл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>)</w:t>
            </w:r>
          </w:p>
        </w:tc>
      </w:tr>
      <w:tr w:rsidR="004361BF" w:rsidRPr="00191CA0" w:rsidTr="004361BF">
        <w:trPr>
          <w:trHeight w:val="10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 xml:space="preserve">Комплект за Лотом № 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361BF" w:rsidRPr="004361BF" w:rsidRDefault="004361BF" w:rsidP="004361BF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 xml:space="preserve">м. 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Балаклія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Харків.обл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>)</w:t>
            </w:r>
          </w:p>
        </w:tc>
      </w:tr>
      <w:tr w:rsidR="004361BF" w:rsidRPr="00191CA0" w:rsidTr="00F57967">
        <w:trPr>
          <w:trHeight w:val="3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 xml:space="preserve">Комплект за Лотом № 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361BF" w:rsidRPr="004361BF" w:rsidRDefault="004361BF" w:rsidP="004361BF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 xml:space="preserve">м. 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Балаклія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Харків.обл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>)</w:t>
            </w:r>
          </w:p>
        </w:tc>
      </w:tr>
      <w:tr w:rsidR="004361BF" w:rsidRPr="00191CA0" w:rsidTr="00F57967">
        <w:trPr>
          <w:trHeight w:val="19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 xml:space="preserve">Комплект за Лотом № 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361BF" w:rsidRPr="004361BF" w:rsidRDefault="004361BF" w:rsidP="004361BF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>м. Конотоп (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Сумська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 xml:space="preserve"> обл.)</w:t>
            </w:r>
          </w:p>
        </w:tc>
      </w:tr>
      <w:tr w:rsidR="004361BF" w:rsidRPr="00191CA0" w:rsidTr="00F57967">
        <w:trPr>
          <w:trHeight w:val="4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Комплект за Лотом №</w:t>
            </w:r>
            <w:r>
              <w:rPr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361BF" w:rsidRPr="004361BF" w:rsidRDefault="004361BF" w:rsidP="004361BF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>м. Ромни (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Сумська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 xml:space="preserve"> обл.)</w:t>
            </w:r>
          </w:p>
        </w:tc>
      </w:tr>
      <w:tr w:rsidR="004361BF" w:rsidRPr="00191CA0" w:rsidTr="004361BF">
        <w:trPr>
          <w:trHeight w:val="2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 xml:space="preserve">Комплект за Лотом № 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361BF" w:rsidRPr="004361BF" w:rsidRDefault="004361BF" w:rsidP="004361BF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>м. Ромни (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Сумська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 xml:space="preserve"> обл.)</w:t>
            </w:r>
          </w:p>
        </w:tc>
      </w:tr>
      <w:tr w:rsidR="004361BF" w:rsidRPr="00191CA0" w:rsidTr="004361BF">
        <w:trPr>
          <w:trHeight w:val="21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 xml:space="preserve">Комплект за Лотом № 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361BF" w:rsidRPr="004361BF" w:rsidRDefault="004361BF" w:rsidP="004361BF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>м. Ромни (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Сумська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 xml:space="preserve"> обл.)</w:t>
            </w:r>
          </w:p>
        </w:tc>
      </w:tr>
    </w:tbl>
    <w:p w:rsidR="00D51B0C" w:rsidRPr="000345EC" w:rsidRDefault="00D51B0C" w:rsidP="00D51B0C">
      <w:pPr>
        <w:pStyle w:val="1"/>
        <w:rPr>
          <w:rFonts w:ascii="Times New Roman" w:hAnsi="Times New Roman" w:cs="Times New Roman"/>
          <w:color w:val="auto"/>
          <w:sz w:val="22"/>
          <w:szCs w:val="22"/>
          <w:lang w:val="uk-UA"/>
        </w:rPr>
      </w:pPr>
      <w:r w:rsidRPr="000345EC">
        <w:rPr>
          <w:rFonts w:ascii="Times New Roman" w:hAnsi="Times New Roman" w:cs="Times New Roman"/>
          <w:color w:val="auto"/>
          <w:sz w:val="22"/>
          <w:szCs w:val="22"/>
          <w:lang w:val="uk-UA"/>
        </w:rPr>
        <w:lastRenderedPageBreak/>
        <w:t>Відповідність технічним вимогам</w:t>
      </w:r>
    </w:p>
    <w:tbl>
      <w:tblPr>
        <w:tblStyle w:val="aff0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4394"/>
        <w:gridCol w:w="3402"/>
      </w:tblGrid>
      <w:tr w:rsidR="00D51B0C" w:rsidRPr="000345EC" w:rsidTr="00736015">
        <w:trPr>
          <w:cantSplit/>
          <w:tblHeader/>
          <w:jc w:val="center"/>
        </w:trPr>
        <w:tc>
          <w:tcPr>
            <w:tcW w:w="212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51B0C" w:rsidRPr="000345EC" w:rsidRDefault="00D51B0C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Товар</w:t>
            </w:r>
          </w:p>
        </w:tc>
        <w:tc>
          <w:tcPr>
            <w:tcW w:w="4394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51B0C" w:rsidRPr="000345EC" w:rsidRDefault="00D51B0C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Мінімальна вимога Замовника</w:t>
            </w:r>
          </w:p>
        </w:tc>
        <w:tc>
          <w:tcPr>
            <w:tcW w:w="340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51B0C" w:rsidRPr="000345EC" w:rsidRDefault="00D51B0C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Запропонована характеристика</w:t>
            </w:r>
          </w:p>
        </w:tc>
      </w:tr>
      <w:tr w:rsidR="004361BF" w:rsidRPr="000345EC" w:rsidTr="00736015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4361BF" w:rsidRDefault="004361BF" w:rsidP="004361BF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4361BF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Підгузки-трусики дитячі/педіатричні, еквівалент розміру 8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4361BF" w:rsidRDefault="004361BF" w:rsidP="004361BF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Переважна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форма —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підгузки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-трусики;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еквівалент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розміру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8 за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сіткою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виробника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;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орієнтовно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від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15 кг, обхват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талії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приблизно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38–55 см.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Педіатричні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підгузки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з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багаторазовими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боковими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застібками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допускаються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лише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після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письмового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погодження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Замовника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Захисні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бортики та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поглинальний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шар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із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суперабсорбентом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. У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наборі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— 3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заводські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упаковки, не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менше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30 шт. у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кожній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упаковці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Фасування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понад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 xml:space="preserve"> 30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шт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допускається</w:t>
            </w:r>
            <w:proofErr w:type="spellEnd"/>
            <w:proofErr w:type="gram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без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зменшення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кількості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упаковок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F04789" w:rsidRDefault="004361BF" w:rsidP="004361BF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  <w:tr w:rsidR="004361BF" w:rsidRPr="000345EC" w:rsidTr="00736015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4361BF" w:rsidRDefault="004361BF" w:rsidP="004361BF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4361BF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Інші позиції набору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4361BF" w:rsidRDefault="004361BF" w:rsidP="004361BF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4361BF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Мають відповідати розділу «Загальні технічні вимоги до спільних складових усіх лотів» цієї Тендерної форми. Вартість комплектування, пакування та доставки включається до загальної ціни лота й окремо не зазначається.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F04789" w:rsidRDefault="004361BF" w:rsidP="004361BF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</w:tbl>
    <w:p w:rsidR="00D51B0C" w:rsidRPr="000345EC" w:rsidRDefault="00D51B0C" w:rsidP="00D51B0C">
      <w:pPr>
        <w:spacing w:before="100"/>
        <w:rPr>
          <w:rFonts w:cs="Times New Roman"/>
          <w:sz w:val="20"/>
          <w:szCs w:val="20"/>
          <w:lang w:val="uk-UA"/>
        </w:rPr>
      </w:pPr>
      <w:r w:rsidRPr="000345EC">
        <w:rPr>
          <w:rFonts w:eastAsia="Arial" w:cs="Times New Roman"/>
          <w:b/>
          <w:color w:val="1F2937"/>
          <w:sz w:val="20"/>
          <w:szCs w:val="20"/>
          <w:lang w:val="uk-UA"/>
        </w:rPr>
        <w:t>Підтверджуємо відповідність запропонованих товарів зазначеним вимогам.</w:t>
      </w:r>
    </w:p>
    <w:p w:rsidR="004361BF" w:rsidRDefault="00D51B0C" w:rsidP="004361BF">
      <w:pPr>
        <w:rPr>
          <w:b/>
          <w:color w:val="000000"/>
          <w:lang w:val="uk-UA"/>
        </w:rPr>
      </w:pPr>
      <w:r>
        <w:rPr>
          <w:rFonts w:eastAsia="Arial" w:cs="Times New Roman"/>
          <w:color w:val="1F2937"/>
          <w:sz w:val="20"/>
          <w:szCs w:val="20"/>
          <w:lang w:val="ru-RU"/>
        </w:rPr>
        <w:t>Дата: 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   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Підпис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: __________________    ПІБ: </w:t>
      </w:r>
      <w:r>
        <w:rPr>
          <w:rFonts w:eastAsia="Arial" w:cs="Times New Roman"/>
          <w:color w:val="1F2937"/>
          <w:sz w:val="20"/>
          <w:szCs w:val="20"/>
          <w:lang w:val="ru-RU"/>
        </w:rPr>
        <w:t>________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________________    М.П. (за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наявності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>)</w:t>
      </w:r>
      <w:r w:rsidR="004361BF" w:rsidRPr="00515787">
        <w:rPr>
          <w:b/>
          <w:color w:val="000000"/>
          <w:lang w:val="uk-UA"/>
        </w:rPr>
        <w:t xml:space="preserve"> </w:t>
      </w: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4361BF" w:rsidRPr="004361BF" w:rsidRDefault="004361BF" w:rsidP="004361BF">
      <w:pPr>
        <w:keepNext/>
        <w:pageBreakBefore/>
        <w:spacing w:before="160" w:after="120"/>
        <w:jc w:val="center"/>
        <w:rPr>
          <w:color w:val="000000"/>
          <w:sz w:val="20"/>
          <w:lang w:val="uk-UA"/>
        </w:rPr>
      </w:pPr>
      <w:r w:rsidRPr="00515787">
        <w:rPr>
          <w:b/>
          <w:color w:val="000000"/>
          <w:sz w:val="24"/>
          <w:lang w:val="uk-UA"/>
        </w:rPr>
        <w:lastRenderedPageBreak/>
        <w:t>Лот №</w:t>
      </w:r>
      <w:r>
        <w:rPr>
          <w:b/>
          <w:color w:val="000000"/>
          <w:sz w:val="24"/>
          <w:lang w:val="uk-UA"/>
        </w:rPr>
        <w:t xml:space="preserve"> </w:t>
      </w:r>
      <w:r>
        <w:rPr>
          <w:b/>
          <w:color w:val="000000"/>
          <w:sz w:val="24"/>
          <w:lang w:val="uk-UA"/>
        </w:rPr>
        <w:t xml:space="preserve">5 </w:t>
      </w:r>
      <w:r w:rsidRPr="00515787">
        <w:rPr>
          <w:b/>
          <w:color w:val="000000"/>
          <w:sz w:val="24"/>
          <w:lang w:val="uk-UA"/>
        </w:rPr>
        <w:t xml:space="preserve">— </w:t>
      </w:r>
      <w:r w:rsidRPr="00F511EC">
        <w:rPr>
          <w:b/>
          <w:color w:val="000000"/>
          <w:sz w:val="24"/>
          <w:lang w:val="uk-UA"/>
        </w:rPr>
        <w:t xml:space="preserve">Гігієнічні </w:t>
      </w:r>
      <w:r w:rsidRPr="004C64FB">
        <w:rPr>
          <w:b/>
          <w:color w:val="000000"/>
          <w:sz w:val="24"/>
          <w:lang w:val="uk-UA"/>
        </w:rPr>
        <w:t>набори</w:t>
      </w:r>
      <w:r w:rsidRPr="004C64FB">
        <w:rPr>
          <w:b/>
          <w:lang w:val="uk-UA"/>
        </w:rPr>
        <w:t xml:space="preserve"> з</w:t>
      </w:r>
      <w:r>
        <w:rPr>
          <w:lang w:val="uk-UA"/>
        </w:rPr>
        <w:t xml:space="preserve"> </w:t>
      </w:r>
      <w:r w:rsidRPr="00D51B0C">
        <w:rPr>
          <w:b/>
          <w:color w:val="000000"/>
          <w:sz w:val="24"/>
          <w:lang w:val="uk-UA"/>
        </w:rPr>
        <w:t xml:space="preserve">підгузками-трусиками, еквівалент розміру </w:t>
      </w:r>
      <w:r>
        <w:rPr>
          <w:b/>
          <w:color w:val="000000"/>
          <w:sz w:val="24"/>
          <w:lang w:val="uk-UA"/>
        </w:rPr>
        <w:t>9</w:t>
      </w:r>
      <w:r>
        <w:rPr>
          <w:color w:val="000000"/>
          <w:sz w:val="20"/>
          <w:lang w:val="uk-UA"/>
        </w:rPr>
        <w:br/>
      </w:r>
      <w:r w:rsidRPr="004F65D3">
        <w:rPr>
          <w:rFonts w:eastAsia="Arial" w:cs="Times New Roman"/>
          <w:color w:val="1F2937"/>
          <w:lang w:val="uk-UA"/>
        </w:rPr>
        <w:t xml:space="preserve">Отримувачів: </w:t>
      </w:r>
      <w:r>
        <w:rPr>
          <w:rFonts w:eastAsia="Arial" w:cs="Times New Roman"/>
          <w:color w:val="1F2937"/>
          <w:lang w:val="uk-UA"/>
        </w:rPr>
        <w:t>1</w:t>
      </w:r>
      <w:r w:rsidRPr="004F65D3">
        <w:rPr>
          <w:rFonts w:eastAsia="Arial" w:cs="Times New Roman"/>
          <w:color w:val="1F2937"/>
          <w:lang w:val="uk-UA"/>
        </w:rPr>
        <w:t xml:space="preserve"> • Наборів: </w:t>
      </w:r>
      <w:r>
        <w:rPr>
          <w:rFonts w:eastAsia="Arial" w:cs="Times New Roman"/>
          <w:color w:val="1F2937"/>
          <w:lang w:val="uk-UA"/>
        </w:rPr>
        <w:t>3</w:t>
      </w:r>
      <w:r w:rsidRPr="004F65D3">
        <w:rPr>
          <w:rFonts w:eastAsia="Arial" w:cs="Times New Roman"/>
          <w:color w:val="1F2937"/>
          <w:lang w:val="uk-UA"/>
        </w:rPr>
        <w:t xml:space="preserve"> • Розподіл: Харківська — </w:t>
      </w:r>
      <w:r>
        <w:rPr>
          <w:rFonts w:eastAsia="Arial" w:cs="Times New Roman"/>
          <w:color w:val="1F2937"/>
          <w:lang w:val="uk-UA"/>
        </w:rPr>
        <w:t>3</w:t>
      </w:r>
    </w:p>
    <w:p w:rsidR="004361BF" w:rsidRPr="00F511EC" w:rsidRDefault="004361BF" w:rsidP="004361BF">
      <w:pPr>
        <w:spacing w:after="80" w:line="240" w:lineRule="auto"/>
        <w:ind w:firstLine="284"/>
        <w:jc w:val="both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color w:val="000000"/>
          <w:sz w:val="20"/>
          <w:szCs w:val="20"/>
          <w:lang w:val="uk-UA" w:eastAsia="uk-UA"/>
        </w:rPr>
        <w:t>Учасник заповнює всі графи за обраним лотом. Ціна включає всі податки, збори, пакування, доставку, розвантаження та інші супутні витрати.</w:t>
      </w:r>
    </w:p>
    <w:tbl>
      <w:tblPr>
        <w:tblW w:w="991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"/>
        <w:gridCol w:w="3188"/>
        <w:gridCol w:w="851"/>
        <w:gridCol w:w="708"/>
        <w:gridCol w:w="2694"/>
        <w:gridCol w:w="992"/>
        <w:gridCol w:w="1134"/>
      </w:tblGrid>
      <w:tr w:rsidR="004361BF" w:rsidRPr="00F511EC" w:rsidTr="00736015">
        <w:trPr>
          <w:tblHeader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№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К-ть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Торгова марка, артикул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Ціна за од., грн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Сума, грн</w:t>
            </w: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D51B0C" w:rsidRDefault="004361BF" w:rsidP="00736015">
            <w:pPr>
              <w:rPr>
                <w:sz w:val="18"/>
                <w:szCs w:val="18"/>
                <w:lang w:val="uk-UA"/>
              </w:rPr>
            </w:pPr>
            <w:r w:rsidRPr="004361BF">
              <w:rPr>
                <w:sz w:val="18"/>
                <w:szCs w:val="18"/>
                <w:lang w:val="uk-UA"/>
              </w:rPr>
              <w:t>Підгузки-трусики дитячі/педіатричні, еквівалент розміру 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 xml:space="preserve">Крем від 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попрілостей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trHeight w:val="256"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Дитячі вологі серветки з клапаном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Рідке дитяче мило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Універсальний засіб для прання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Засіб для видалення плям/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відбілювач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Дитяча присипка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Одноразові гігієнічні пелюшки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trHeight w:val="408"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Пакувальна коробка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4361BF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РАЗОМ КОМПЛЕКТ ЗА ЛОТОМ №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proofErr w:type="spellStart"/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комп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л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</w:tr>
    </w:tbl>
    <w:p w:rsidR="004361BF" w:rsidRPr="00F511EC" w:rsidRDefault="004361BF" w:rsidP="004361BF">
      <w:pPr>
        <w:spacing w:before="100" w:after="60" w:line="240" w:lineRule="auto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b/>
          <w:bCs/>
          <w:color w:val="000000"/>
          <w:lang w:val="uk-UA" w:eastAsia="uk-UA"/>
        </w:rPr>
        <w:br/>
      </w:r>
      <w:r w:rsidRPr="000345EC">
        <w:rPr>
          <w:rFonts w:cs="Times New Roman"/>
          <w:b/>
          <w:bCs/>
          <w:lang w:val="uk-UA" w:eastAsia="uk-UA"/>
        </w:rPr>
        <w:t>Кількість наборів, які потрібно відправити по Лоту №</w:t>
      </w:r>
      <w:r>
        <w:rPr>
          <w:rFonts w:cs="Times New Roman"/>
          <w:b/>
          <w:bCs/>
          <w:lang w:val="uk-UA" w:eastAsia="uk-UA"/>
        </w:rPr>
        <w:t>5</w:t>
      </w:r>
    </w:p>
    <w:tbl>
      <w:tblPr>
        <w:tblW w:w="991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845"/>
        <w:gridCol w:w="709"/>
        <w:gridCol w:w="5670"/>
      </w:tblGrid>
      <w:tr w:rsidR="004361BF" w:rsidRPr="00F511EC" w:rsidTr="00736015">
        <w:trPr>
          <w:trHeight w:val="3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0345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0345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Найменування 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0345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0345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К-ть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0345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color w:val="000000"/>
                <w:lang w:val="uk-UA" w:eastAsia="uk-UA"/>
              </w:rPr>
              <w:t>Дані для відправки комплектів</w:t>
            </w:r>
          </w:p>
        </w:tc>
      </w:tr>
      <w:tr w:rsidR="004361BF" w:rsidRPr="00191CA0" w:rsidTr="00736015">
        <w:trPr>
          <w:trHeight w:val="3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361BF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 xml:space="preserve">Комплект за Лотом № 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361BF" w:rsidRPr="004361BF" w:rsidRDefault="004361BF" w:rsidP="00736015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 xml:space="preserve">с. 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Піщанка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ru-RU"/>
              </w:rPr>
              <w:t>Берестинська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ТГ, 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Харків.обл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>)</w:t>
            </w:r>
          </w:p>
        </w:tc>
      </w:tr>
    </w:tbl>
    <w:p w:rsidR="004361BF" w:rsidRPr="000345EC" w:rsidRDefault="004361BF" w:rsidP="004361BF">
      <w:pPr>
        <w:pStyle w:val="1"/>
        <w:rPr>
          <w:rFonts w:ascii="Times New Roman" w:hAnsi="Times New Roman" w:cs="Times New Roman"/>
          <w:color w:val="auto"/>
          <w:sz w:val="22"/>
          <w:szCs w:val="22"/>
          <w:lang w:val="uk-UA"/>
        </w:rPr>
      </w:pPr>
      <w:r w:rsidRPr="000345EC">
        <w:rPr>
          <w:rFonts w:ascii="Times New Roman" w:hAnsi="Times New Roman" w:cs="Times New Roman"/>
          <w:color w:val="auto"/>
          <w:sz w:val="22"/>
          <w:szCs w:val="22"/>
          <w:lang w:val="uk-UA"/>
        </w:rPr>
        <w:t>Відповідність технічним вимогам</w:t>
      </w:r>
    </w:p>
    <w:tbl>
      <w:tblPr>
        <w:tblStyle w:val="aff0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4394"/>
        <w:gridCol w:w="3402"/>
      </w:tblGrid>
      <w:tr w:rsidR="004361BF" w:rsidRPr="000345EC" w:rsidTr="00736015">
        <w:trPr>
          <w:cantSplit/>
          <w:tblHeader/>
          <w:jc w:val="center"/>
        </w:trPr>
        <w:tc>
          <w:tcPr>
            <w:tcW w:w="212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0345EC" w:rsidRDefault="004361BF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Товар</w:t>
            </w:r>
          </w:p>
        </w:tc>
        <w:tc>
          <w:tcPr>
            <w:tcW w:w="4394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0345EC" w:rsidRDefault="004361BF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Мінімальна вимога Замовника</w:t>
            </w:r>
          </w:p>
        </w:tc>
        <w:tc>
          <w:tcPr>
            <w:tcW w:w="340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0345EC" w:rsidRDefault="004361BF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Запропонована характеристика</w:t>
            </w:r>
          </w:p>
        </w:tc>
      </w:tr>
      <w:tr w:rsidR="004361BF" w:rsidRPr="000345EC" w:rsidTr="00736015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4361BF" w:rsidRDefault="004361BF" w:rsidP="004361BF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4361BF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Підгузки-трусики дитячі/педіатричні, еквівалент розміру 9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4361BF" w:rsidRDefault="004361BF" w:rsidP="004361BF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Переважна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форма —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підгузки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-трусики;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еквівалент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розміру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9 за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сіткою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виробника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;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орієнтовно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від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20 кг, обхват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талії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приблизно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40–60 см.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Педіатричні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підгузки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з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багаторазовими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боковими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застібками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допускаються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лише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після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письмового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погодження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Замовника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Захисні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бортики та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поглинальний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шар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із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суперабсорбентом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. У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наборі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— 3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заводські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упаковки, не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менше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30 шт. у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кожній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упаковці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Фасування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понад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 xml:space="preserve"> 30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шт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допускається</w:t>
            </w:r>
            <w:proofErr w:type="spellEnd"/>
            <w:proofErr w:type="gram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без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зменшення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кількості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упаковок</w:t>
            </w:r>
            <w:proofErr w:type="spellEnd"/>
            <w:r w:rsidRPr="004361BF">
              <w:rPr>
                <w:rFonts w:eastAsia="Arial" w:cs="Times New Roman"/>
                <w:color w:val="1F2937"/>
                <w:sz w:val="18"/>
                <w:szCs w:val="18"/>
              </w:rPr>
              <w:t>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F04789" w:rsidRDefault="004361BF" w:rsidP="004361BF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  <w:tr w:rsidR="004361BF" w:rsidRPr="000345EC" w:rsidTr="00736015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4361BF" w:rsidRDefault="004361BF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4361BF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Інші позиції набору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4361BF" w:rsidRDefault="004361BF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4361BF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Мають відповідати розділу «Загальні технічні вимоги до спільних складових усіх лотів» цієї Тендерної форми. Вартість комплектування, пакування та доставки включається до загальної ціни лота й окремо не зазначається.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F04789" w:rsidRDefault="004361BF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</w:tbl>
    <w:p w:rsidR="004361BF" w:rsidRPr="000345EC" w:rsidRDefault="004361BF" w:rsidP="004361BF">
      <w:pPr>
        <w:spacing w:before="100"/>
        <w:rPr>
          <w:rFonts w:cs="Times New Roman"/>
          <w:sz w:val="20"/>
          <w:szCs w:val="20"/>
          <w:lang w:val="uk-UA"/>
        </w:rPr>
      </w:pPr>
      <w:r w:rsidRPr="000345EC">
        <w:rPr>
          <w:rFonts w:eastAsia="Arial" w:cs="Times New Roman"/>
          <w:b/>
          <w:color w:val="1F2937"/>
          <w:sz w:val="20"/>
          <w:szCs w:val="20"/>
          <w:lang w:val="uk-UA"/>
        </w:rPr>
        <w:t>Підтверджуємо відповідність запропонованих товарів зазначеним вимогам.</w:t>
      </w:r>
    </w:p>
    <w:p w:rsidR="004361BF" w:rsidRDefault="004361BF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  <w:r>
        <w:rPr>
          <w:rFonts w:eastAsia="Arial" w:cs="Times New Roman"/>
          <w:color w:val="1F2937"/>
          <w:sz w:val="20"/>
          <w:szCs w:val="20"/>
          <w:lang w:val="ru-RU"/>
        </w:rPr>
        <w:t>Дата: 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   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Підпис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: __________________    ПІБ: </w:t>
      </w:r>
      <w:r>
        <w:rPr>
          <w:rFonts w:eastAsia="Arial" w:cs="Times New Roman"/>
          <w:color w:val="1F2937"/>
          <w:sz w:val="20"/>
          <w:szCs w:val="20"/>
          <w:lang w:val="ru-RU"/>
        </w:rPr>
        <w:t>________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________________    М.П. (за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наявності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>)</w:t>
      </w:r>
    </w:p>
    <w:p w:rsidR="004361BF" w:rsidRDefault="004361BF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361BF" w:rsidRPr="004F65D3" w:rsidRDefault="004361BF" w:rsidP="004361BF">
      <w:pPr>
        <w:keepNext/>
        <w:pageBreakBefore/>
        <w:spacing w:before="160" w:after="120"/>
        <w:jc w:val="center"/>
        <w:rPr>
          <w:color w:val="000000"/>
          <w:sz w:val="20"/>
          <w:lang w:val="ru-RU"/>
        </w:rPr>
      </w:pPr>
      <w:r w:rsidRPr="00515787">
        <w:rPr>
          <w:b/>
          <w:color w:val="000000"/>
          <w:sz w:val="24"/>
          <w:lang w:val="uk-UA"/>
        </w:rPr>
        <w:lastRenderedPageBreak/>
        <w:t>Лот №</w:t>
      </w:r>
      <w:r>
        <w:rPr>
          <w:b/>
          <w:color w:val="000000"/>
          <w:sz w:val="24"/>
          <w:lang w:val="uk-UA"/>
        </w:rPr>
        <w:t xml:space="preserve"> </w:t>
      </w:r>
      <w:r>
        <w:rPr>
          <w:b/>
          <w:color w:val="000000"/>
          <w:sz w:val="24"/>
          <w:lang w:val="uk-UA"/>
        </w:rPr>
        <w:t>6</w:t>
      </w:r>
      <w:r w:rsidRPr="00515787">
        <w:rPr>
          <w:b/>
          <w:color w:val="000000"/>
          <w:sz w:val="24"/>
          <w:lang w:val="uk-UA"/>
        </w:rPr>
        <w:t xml:space="preserve">— </w:t>
      </w:r>
      <w:r w:rsidRPr="00F511EC">
        <w:rPr>
          <w:b/>
          <w:color w:val="000000"/>
          <w:sz w:val="24"/>
          <w:lang w:val="uk-UA"/>
        </w:rPr>
        <w:t>Гігієнічні набори</w:t>
      </w:r>
      <w:r w:rsidRPr="00D51B0C">
        <w:rPr>
          <w:lang w:val="ru-RU"/>
        </w:rPr>
        <w:t xml:space="preserve"> </w:t>
      </w:r>
      <w:r w:rsidRPr="004361BF">
        <w:rPr>
          <w:b/>
          <w:lang w:val="ru-RU"/>
        </w:rPr>
        <w:t xml:space="preserve">з </w:t>
      </w:r>
      <w:proofErr w:type="spellStart"/>
      <w:r w:rsidRPr="004361BF">
        <w:rPr>
          <w:b/>
          <w:lang w:val="ru-RU"/>
        </w:rPr>
        <w:t>підгузками</w:t>
      </w:r>
      <w:proofErr w:type="spellEnd"/>
      <w:r w:rsidRPr="004361BF">
        <w:rPr>
          <w:b/>
          <w:lang w:val="ru-RU"/>
        </w:rPr>
        <w:t xml:space="preserve"> для </w:t>
      </w:r>
      <w:proofErr w:type="spellStart"/>
      <w:r w:rsidRPr="004361BF">
        <w:rPr>
          <w:b/>
          <w:lang w:val="ru-RU"/>
        </w:rPr>
        <w:t>підлітків</w:t>
      </w:r>
      <w:proofErr w:type="spellEnd"/>
      <w:r w:rsidRPr="004361BF">
        <w:rPr>
          <w:b/>
          <w:lang w:val="ru-RU"/>
        </w:rPr>
        <w:t>/</w:t>
      </w:r>
      <w:proofErr w:type="spellStart"/>
      <w:r w:rsidRPr="004361BF">
        <w:rPr>
          <w:b/>
          <w:lang w:val="ru-RU"/>
        </w:rPr>
        <w:t>дорослих</w:t>
      </w:r>
      <w:proofErr w:type="spellEnd"/>
      <w:r w:rsidRPr="004361BF">
        <w:rPr>
          <w:b/>
          <w:lang w:val="ru-RU"/>
        </w:rPr>
        <w:t xml:space="preserve">, </w:t>
      </w:r>
      <w:proofErr w:type="spellStart"/>
      <w:r w:rsidRPr="004361BF">
        <w:rPr>
          <w:b/>
          <w:lang w:val="ru-RU"/>
        </w:rPr>
        <w:t>розмір</w:t>
      </w:r>
      <w:proofErr w:type="spellEnd"/>
      <w:r w:rsidRPr="004361BF">
        <w:rPr>
          <w:b/>
          <w:lang w:val="ru-RU"/>
        </w:rPr>
        <w:t xml:space="preserve"> S</w:t>
      </w:r>
      <w:r>
        <w:rPr>
          <w:color w:val="000000"/>
          <w:sz w:val="20"/>
          <w:lang w:val="uk-UA"/>
        </w:rPr>
        <w:br/>
      </w:r>
      <w:r w:rsidRPr="004F65D3">
        <w:rPr>
          <w:rFonts w:eastAsia="Arial" w:cs="Times New Roman"/>
          <w:color w:val="1F2937"/>
          <w:lang w:val="uk-UA"/>
        </w:rPr>
        <w:t xml:space="preserve">Отримувачів: </w:t>
      </w:r>
      <w:r>
        <w:rPr>
          <w:rFonts w:eastAsia="Arial" w:cs="Times New Roman"/>
          <w:color w:val="1F2937"/>
          <w:lang w:val="uk-UA"/>
        </w:rPr>
        <w:t>5</w:t>
      </w:r>
      <w:r w:rsidRPr="004F65D3">
        <w:rPr>
          <w:rFonts w:eastAsia="Arial" w:cs="Times New Roman"/>
          <w:color w:val="1F2937"/>
          <w:lang w:val="uk-UA"/>
        </w:rPr>
        <w:t xml:space="preserve"> • Наборів: </w:t>
      </w:r>
      <w:r>
        <w:rPr>
          <w:rFonts w:eastAsia="Arial" w:cs="Times New Roman"/>
          <w:color w:val="1F2937"/>
          <w:lang w:val="uk-UA"/>
        </w:rPr>
        <w:t>15</w:t>
      </w:r>
      <w:r w:rsidRPr="004F65D3">
        <w:rPr>
          <w:rFonts w:eastAsia="Arial" w:cs="Times New Roman"/>
          <w:color w:val="1F2937"/>
          <w:lang w:val="uk-UA"/>
        </w:rPr>
        <w:t xml:space="preserve"> • Розподіл: Харківська — </w:t>
      </w:r>
      <w:r>
        <w:rPr>
          <w:rFonts w:eastAsia="Arial" w:cs="Times New Roman"/>
          <w:color w:val="1F2937"/>
          <w:lang w:val="uk-UA"/>
        </w:rPr>
        <w:t>12</w:t>
      </w:r>
      <w:r w:rsidRPr="004F65D3">
        <w:rPr>
          <w:rFonts w:eastAsia="Arial" w:cs="Times New Roman"/>
          <w:color w:val="1F2937"/>
          <w:lang w:val="uk-UA"/>
        </w:rPr>
        <w:t xml:space="preserve">; Сумська — </w:t>
      </w:r>
      <w:r>
        <w:rPr>
          <w:rFonts w:eastAsia="Arial" w:cs="Times New Roman"/>
          <w:color w:val="1F2937"/>
          <w:lang w:val="uk-UA"/>
        </w:rPr>
        <w:t>3</w:t>
      </w:r>
    </w:p>
    <w:p w:rsidR="004361BF" w:rsidRPr="00F511EC" w:rsidRDefault="004361BF" w:rsidP="004361BF">
      <w:pPr>
        <w:spacing w:after="80" w:line="240" w:lineRule="auto"/>
        <w:ind w:firstLine="284"/>
        <w:jc w:val="both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color w:val="000000"/>
          <w:sz w:val="20"/>
          <w:szCs w:val="20"/>
          <w:lang w:val="uk-UA" w:eastAsia="uk-UA"/>
        </w:rPr>
        <w:t>Учасник заповнює всі графи за обраним лотом. Ціна включає всі податки, збори, пакування, доставку, розвантаження та інші супутні витрати.</w:t>
      </w:r>
    </w:p>
    <w:tbl>
      <w:tblPr>
        <w:tblW w:w="991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"/>
        <w:gridCol w:w="3188"/>
        <w:gridCol w:w="851"/>
        <w:gridCol w:w="708"/>
        <w:gridCol w:w="2694"/>
        <w:gridCol w:w="992"/>
        <w:gridCol w:w="1134"/>
      </w:tblGrid>
      <w:tr w:rsidR="004361BF" w:rsidRPr="00F511EC" w:rsidTr="00736015">
        <w:trPr>
          <w:tblHeader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№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К-ть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Торгова марка, артикул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Ціна за од., грн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Сума, грн</w:t>
            </w: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D51B0C" w:rsidRDefault="004361BF" w:rsidP="00736015">
            <w:pPr>
              <w:rPr>
                <w:sz w:val="18"/>
                <w:szCs w:val="18"/>
                <w:lang w:val="uk-UA"/>
              </w:rPr>
            </w:pPr>
            <w:proofErr w:type="spellStart"/>
            <w:r w:rsidRPr="004361BF">
              <w:rPr>
                <w:rFonts w:ascii="Arial" w:eastAsia="Arial" w:hAnsi="Arial"/>
                <w:color w:val="1F2937"/>
                <w:sz w:val="14"/>
                <w:lang w:val="ru-RU"/>
              </w:rPr>
              <w:t>Підгузки</w:t>
            </w:r>
            <w:proofErr w:type="spellEnd"/>
            <w:r w:rsidRPr="004361BF">
              <w:rPr>
                <w:rFonts w:ascii="Arial" w:eastAsia="Arial" w:hAnsi="Arial"/>
                <w:color w:val="1F2937"/>
                <w:sz w:val="14"/>
                <w:lang w:val="ru-RU"/>
              </w:rPr>
              <w:t xml:space="preserve"> </w:t>
            </w:r>
            <w:proofErr w:type="spellStart"/>
            <w:r w:rsidRPr="004361BF">
              <w:rPr>
                <w:rFonts w:ascii="Arial" w:eastAsia="Arial" w:hAnsi="Arial"/>
                <w:color w:val="1F2937"/>
                <w:sz w:val="14"/>
                <w:lang w:val="ru-RU"/>
              </w:rPr>
              <w:t>одноразові</w:t>
            </w:r>
            <w:proofErr w:type="spellEnd"/>
            <w:r w:rsidRPr="004361BF">
              <w:rPr>
                <w:rFonts w:ascii="Arial" w:eastAsia="Arial" w:hAnsi="Arial"/>
                <w:color w:val="1F2937"/>
                <w:sz w:val="14"/>
                <w:lang w:val="ru-RU"/>
              </w:rPr>
              <w:t xml:space="preserve"> для </w:t>
            </w:r>
            <w:proofErr w:type="spellStart"/>
            <w:r w:rsidRPr="004361BF">
              <w:rPr>
                <w:rFonts w:ascii="Arial" w:eastAsia="Arial" w:hAnsi="Arial"/>
                <w:color w:val="1F2937"/>
                <w:sz w:val="14"/>
                <w:lang w:val="ru-RU"/>
              </w:rPr>
              <w:t>підлітків</w:t>
            </w:r>
            <w:proofErr w:type="spellEnd"/>
            <w:r w:rsidRPr="004361BF">
              <w:rPr>
                <w:rFonts w:ascii="Arial" w:eastAsia="Arial" w:hAnsi="Arial"/>
                <w:color w:val="1F2937"/>
                <w:sz w:val="14"/>
                <w:lang w:val="ru-RU"/>
              </w:rPr>
              <w:t>/</w:t>
            </w:r>
            <w:proofErr w:type="spellStart"/>
            <w:r w:rsidRPr="004361BF">
              <w:rPr>
                <w:rFonts w:ascii="Arial" w:eastAsia="Arial" w:hAnsi="Arial"/>
                <w:color w:val="1F2937"/>
                <w:sz w:val="14"/>
                <w:lang w:val="ru-RU"/>
              </w:rPr>
              <w:t>дорослих</w:t>
            </w:r>
            <w:proofErr w:type="spellEnd"/>
            <w:r w:rsidRPr="004361BF">
              <w:rPr>
                <w:rFonts w:ascii="Arial" w:eastAsia="Arial" w:hAnsi="Arial"/>
                <w:color w:val="1F2937"/>
                <w:sz w:val="14"/>
                <w:lang w:val="ru-RU"/>
              </w:rPr>
              <w:t xml:space="preserve">, </w:t>
            </w:r>
            <w:proofErr w:type="spellStart"/>
            <w:r w:rsidRPr="004361BF">
              <w:rPr>
                <w:rFonts w:ascii="Arial" w:eastAsia="Arial" w:hAnsi="Arial"/>
                <w:color w:val="1F2937"/>
                <w:sz w:val="14"/>
                <w:lang w:val="ru-RU"/>
              </w:rPr>
              <w:t>розмір</w:t>
            </w:r>
            <w:proofErr w:type="spellEnd"/>
            <w:r w:rsidRPr="004361BF">
              <w:rPr>
                <w:rFonts w:ascii="Arial" w:eastAsia="Arial" w:hAnsi="Arial"/>
                <w:color w:val="1F2937"/>
                <w:sz w:val="14"/>
                <w:lang w:val="ru-RU"/>
              </w:rPr>
              <w:t xml:space="preserve"> </w:t>
            </w:r>
            <w:r>
              <w:rPr>
                <w:rFonts w:ascii="Arial" w:eastAsia="Arial" w:hAnsi="Arial"/>
                <w:color w:val="1F2937"/>
                <w:sz w:val="14"/>
              </w:rPr>
              <w:t>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 xml:space="preserve">Крем від 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попрілостей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trHeight w:val="256"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Дитячі вологі серветки з клапаном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Рідке дитяче мило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Універсальний засіб для прання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Засіб для видалення плям/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відбілювач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Дитяча присипка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Одноразові гігієнічні пелюшки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trHeight w:val="408"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Пакувальна коробка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361BF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4361BF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РАЗОМ КОМПЛЕКТ ЗА ЛОТОМ №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proofErr w:type="spellStart"/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комп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л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F511EC" w:rsidRDefault="004361BF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</w:tr>
    </w:tbl>
    <w:p w:rsidR="004361BF" w:rsidRPr="00F511EC" w:rsidRDefault="004361BF" w:rsidP="004361BF">
      <w:pPr>
        <w:spacing w:before="100" w:after="60" w:line="240" w:lineRule="auto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b/>
          <w:bCs/>
          <w:color w:val="000000"/>
          <w:lang w:val="uk-UA" w:eastAsia="uk-UA"/>
        </w:rPr>
        <w:br/>
      </w:r>
      <w:r w:rsidRPr="000345EC">
        <w:rPr>
          <w:rFonts w:cs="Times New Roman"/>
          <w:b/>
          <w:bCs/>
          <w:lang w:val="uk-UA" w:eastAsia="uk-UA"/>
        </w:rPr>
        <w:t>Кількість наборів, які потрібно відправити по Лоту №</w:t>
      </w:r>
      <w:r w:rsidR="004C64FB">
        <w:rPr>
          <w:rFonts w:cs="Times New Roman"/>
          <w:b/>
          <w:bCs/>
          <w:lang w:val="uk-UA" w:eastAsia="uk-UA"/>
        </w:rPr>
        <w:t xml:space="preserve"> 6 </w:t>
      </w:r>
    </w:p>
    <w:tbl>
      <w:tblPr>
        <w:tblW w:w="991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845"/>
        <w:gridCol w:w="709"/>
        <w:gridCol w:w="5670"/>
      </w:tblGrid>
      <w:tr w:rsidR="004361BF" w:rsidRPr="00F511EC" w:rsidTr="00736015">
        <w:trPr>
          <w:trHeight w:val="3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0345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0345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Найменування 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0345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0345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К-ть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361BF" w:rsidRPr="000345EC" w:rsidRDefault="004361BF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color w:val="000000"/>
                <w:lang w:val="uk-UA" w:eastAsia="uk-UA"/>
              </w:rPr>
              <w:t>Дані для відправки комплектів</w:t>
            </w:r>
          </w:p>
        </w:tc>
      </w:tr>
      <w:tr w:rsidR="004361BF" w:rsidRPr="00191CA0" w:rsidTr="00736015">
        <w:trPr>
          <w:trHeight w:val="3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C64FB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 xml:space="preserve">Комплект за Лотом № </w:t>
            </w:r>
            <w:r w:rsidR="004C64F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361BF" w:rsidRPr="004361BF" w:rsidRDefault="004361BF" w:rsidP="00736015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 xml:space="preserve">с. </w:t>
            </w:r>
            <w:proofErr w:type="spellStart"/>
            <w:r w:rsidR="004C64FB" w:rsidRPr="004C64FB">
              <w:rPr>
                <w:sz w:val="20"/>
                <w:szCs w:val="20"/>
                <w:lang w:val="ru-RU"/>
              </w:rPr>
              <w:t>Краснокутськ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Харків.обл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>)</w:t>
            </w:r>
          </w:p>
        </w:tc>
      </w:tr>
      <w:tr w:rsidR="004361BF" w:rsidRPr="00191CA0" w:rsidTr="00736015">
        <w:trPr>
          <w:trHeight w:val="10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C64FB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 xml:space="preserve">Комплект за Лотом № </w:t>
            </w:r>
            <w:r w:rsidR="004C64F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361BF" w:rsidRPr="004361BF" w:rsidRDefault="004C64FB" w:rsidP="0073601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</w:t>
            </w:r>
            <w:r w:rsidR="004361BF" w:rsidRPr="004361BF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4C64FB">
              <w:rPr>
                <w:sz w:val="20"/>
                <w:szCs w:val="20"/>
                <w:lang w:val="ru-RU"/>
              </w:rPr>
              <w:t>Мурафа</w:t>
            </w:r>
            <w:proofErr w:type="spellEnd"/>
            <w:r w:rsidR="004361BF" w:rsidRPr="004361BF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="004361BF" w:rsidRPr="004361BF">
              <w:rPr>
                <w:sz w:val="20"/>
                <w:szCs w:val="20"/>
                <w:lang w:val="ru-RU"/>
              </w:rPr>
              <w:t>Харків.обл</w:t>
            </w:r>
            <w:proofErr w:type="spellEnd"/>
            <w:r w:rsidR="004361BF" w:rsidRPr="004361BF">
              <w:rPr>
                <w:sz w:val="20"/>
                <w:szCs w:val="20"/>
                <w:lang w:val="ru-RU"/>
              </w:rPr>
              <w:t>)</w:t>
            </w:r>
          </w:p>
        </w:tc>
      </w:tr>
      <w:tr w:rsidR="004361BF" w:rsidRPr="00191CA0" w:rsidTr="00736015">
        <w:trPr>
          <w:trHeight w:val="3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C64FB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 xml:space="preserve">Комплект за Лотом № </w:t>
            </w:r>
            <w:r w:rsidR="004C64F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361BF" w:rsidRPr="004361BF" w:rsidRDefault="004361BF" w:rsidP="00736015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 xml:space="preserve">м. </w:t>
            </w:r>
            <w:proofErr w:type="spellStart"/>
            <w:r w:rsidR="004C64FB" w:rsidRPr="004C64FB">
              <w:rPr>
                <w:sz w:val="20"/>
                <w:szCs w:val="20"/>
                <w:lang w:val="ru-RU"/>
              </w:rPr>
              <w:t>Чугуїв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Харків.обл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>)</w:t>
            </w:r>
          </w:p>
        </w:tc>
      </w:tr>
      <w:tr w:rsidR="004361BF" w:rsidRPr="00191CA0" w:rsidTr="00736015">
        <w:trPr>
          <w:trHeight w:val="19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C64FB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Комплект за Лотом №</w:t>
            </w:r>
            <w:r w:rsidR="004C64FB">
              <w:rPr>
                <w:color w:val="000000"/>
                <w:sz w:val="20"/>
                <w:szCs w:val="20"/>
              </w:rPr>
              <w:t xml:space="preserve"> 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361BF" w:rsidRPr="004361BF" w:rsidRDefault="004361BF" w:rsidP="00736015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 xml:space="preserve">м. </w:t>
            </w:r>
            <w:r w:rsidR="004C64FB" w:rsidRPr="004C64FB">
              <w:rPr>
                <w:sz w:val="20"/>
                <w:szCs w:val="20"/>
                <w:lang w:val="ru-RU"/>
              </w:rPr>
              <w:t>Берестин</w:t>
            </w:r>
            <w:r w:rsidRPr="004361BF">
              <w:rPr>
                <w:sz w:val="20"/>
                <w:szCs w:val="20"/>
                <w:lang w:val="ru-RU"/>
              </w:rPr>
              <w:t xml:space="preserve"> </w:t>
            </w:r>
            <w:r w:rsidR="004C64FB" w:rsidRPr="004361BF">
              <w:rPr>
                <w:sz w:val="20"/>
                <w:szCs w:val="20"/>
                <w:lang w:val="ru-RU"/>
              </w:rPr>
              <w:t>(</w:t>
            </w:r>
            <w:proofErr w:type="spellStart"/>
            <w:r w:rsidR="004C64FB" w:rsidRPr="004361BF">
              <w:rPr>
                <w:sz w:val="20"/>
                <w:szCs w:val="20"/>
                <w:lang w:val="ru-RU"/>
              </w:rPr>
              <w:t>Харків.обл</w:t>
            </w:r>
            <w:proofErr w:type="spellEnd"/>
            <w:r w:rsidR="004C64FB" w:rsidRPr="004361BF">
              <w:rPr>
                <w:sz w:val="20"/>
                <w:szCs w:val="20"/>
                <w:lang w:val="ru-RU"/>
              </w:rPr>
              <w:t>)</w:t>
            </w:r>
          </w:p>
        </w:tc>
      </w:tr>
      <w:tr w:rsidR="004361BF" w:rsidRPr="00191CA0" w:rsidTr="00736015">
        <w:trPr>
          <w:trHeight w:val="4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4C64FB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Комплект за Лотом №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4C64F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361BF" w:rsidRPr="00191CA0" w:rsidRDefault="004361BF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361BF" w:rsidRPr="004361BF" w:rsidRDefault="004361BF" w:rsidP="004C64FB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 xml:space="preserve">м. </w:t>
            </w:r>
            <w:r w:rsidR="004C64FB">
              <w:rPr>
                <w:sz w:val="20"/>
                <w:szCs w:val="20"/>
                <w:lang w:val="ru-RU"/>
              </w:rPr>
              <w:t>Конотоп</w:t>
            </w:r>
            <w:r w:rsidRPr="004361BF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Сумська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 xml:space="preserve"> обл.)</w:t>
            </w:r>
          </w:p>
        </w:tc>
      </w:tr>
    </w:tbl>
    <w:p w:rsidR="004361BF" w:rsidRPr="000345EC" w:rsidRDefault="004361BF" w:rsidP="004361BF">
      <w:pPr>
        <w:pStyle w:val="1"/>
        <w:rPr>
          <w:rFonts w:ascii="Times New Roman" w:hAnsi="Times New Roman" w:cs="Times New Roman"/>
          <w:color w:val="auto"/>
          <w:sz w:val="22"/>
          <w:szCs w:val="22"/>
          <w:lang w:val="uk-UA"/>
        </w:rPr>
      </w:pPr>
      <w:r w:rsidRPr="000345EC">
        <w:rPr>
          <w:rFonts w:ascii="Times New Roman" w:hAnsi="Times New Roman" w:cs="Times New Roman"/>
          <w:color w:val="auto"/>
          <w:sz w:val="22"/>
          <w:szCs w:val="22"/>
          <w:lang w:val="uk-UA"/>
        </w:rPr>
        <w:t>Відповідність технічним вимогам</w:t>
      </w:r>
    </w:p>
    <w:tbl>
      <w:tblPr>
        <w:tblStyle w:val="aff0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4394"/>
        <w:gridCol w:w="3402"/>
      </w:tblGrid>
      <w:tr w:rsidR="004361BF" w:rsidRPr="000345EC" w:rsidTr="00736015">
        <w:trPr>
          <w:cantSplit/>
          <w:tblHeader/>
          <w:jc w:val="center"/>
        </w:trPr>
        <w:tc>
          <w:tcPr>
            <w:tcW w:w="212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0345EC" w:rsidRDefault="004361BF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Товар</w:t>
            </w:r>
          </w:p>
        </w:tc>
        <w:tc>
          <w:tcPr>
            <w:tcW w:w="4394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0345EC" w:rsidRDefault="004361BF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Мінімальна вимога Замовника</w:t>
            </w:r>
          </w:p>
        </w:tc>
        <w:tc>
          <w:tcPr>
            <w:tcW w:w="340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0345EC" w:rsidRDefault="004361BF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Запропонована характеристика</w:t>
            </w:r>
          </w:p>
        </w:tc>
      </w:tr>
      <w:tr w:rsidR="004C64FB" w:rsidRPr="000345EC" w:rsidTr="00736015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4C64FB" w:rsidRDefault="004C64FB" w:rsidP="004C64FB">
            <w:pPr>
              <w:rPr>
                <w:rFonts w:cs="Times New Roman"/>
                <w:sz w:val="18"/>
                <w:szCs w:val="18"/>
                <w:lang w:val="ru-RU"/>
              </w:rPr>
            </w:pP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Підгузки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одноразові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для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підлітків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/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дорослих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розмір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S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4C64FB" w:rsidRDefault="004C64FB" w:rsidP="004C64FB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Розмір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S</w:t>
            </w:r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або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еквівалент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за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сіткою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виробника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;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відповідність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обхвату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талії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зазначеному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виробником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для </w:t>
            </w:r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S</w:t>
            </w:r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;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висока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поглинальна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здатність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багаторазові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застібки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захисні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бортики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від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протікань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індикатор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вологості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або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еквівалентний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контроль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наповнення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. У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наборі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— 3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заводські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упаковки, не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менше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30 шт. у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кожній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упаковці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Фасування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понад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30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шт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допускається</w:t>
            </w:r>
            <w:proofErr w:type="spellEnd"/>
            <w:proofErr w:type="gram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без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зменшення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кількості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упаковок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F04789" w:rsidRDefault="004C64FB" w:rsidP="004C64FB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  <w:tr w:rsidR="004361BF" w:rsidRPr="000345EC" w:rsidTr="00736015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4361BF" w:rsidRDefault="004361BF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4361BF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lastRenderedPageBreak/>
              <w:t>Інші позиції набору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4361BF" w:rsidRDefault="004361BF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4361BF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Мають відповідати розділу «Загальні технічні вимоги до спільних складових усіх лотів» цієї Тендерної форми. Вартість комплектування, пакування та доставки включається до загальної ціни лота й окремо не зазначається.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361BF" w:rsidRPr="00F04789" w:rsidRDefault="004361BF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</w:tbl>
    <w:p w:rsidR="004361BF" w:rsidRPr="000345EC" w:rsidRDefault="004361BF" w:rsidP="004361BF">
      <w:pPr>
        <w:spacing w:before="100"/>
        <w:rPr>
          <w:rFonts w:cs="Times New Roman"/>
          <w:sz w:val="20"/>
          <w:szCs w:val="20"/>
          <w:lang w:val="uk-UA"/>
        </w:rPr>
      </w:pPr>
      <w:r w:rsidRPr="000345EC">
        <w:rPr>
          <w:rFonts w:eastAsia="Arial" w:cs="Times New Roman"/>
          <w:b/>
          <w:color w:val="1F2937"/>
          <w:sz w:val="20"/>
          <w:szCs w:val="20"/>
          <w:lang w:val="uk-UA"/>
        </w:rPr>
        <w:t>Підтверджуємо відповідність запропонованих товарів зазначеним вимогам.</w:t>
      </w:r>
    </w:p>
    <w:p w:rsidR="004361BF" w:rsidRDefault="004361BF" w:rsidP="004361BF">
      <w:pPr>
        <w:rPr>
          <w:b/>
          <w:color w:val="000000"/>
          <w:lang w:val="uk-UA"/>
        </w:rPr>
      </w:pPr>
      <w:r>
        <w:rPr>
          <w:rFonts w:eastAsia="Arial" w:cs="Times New Roman"/>
          <w:color w:val="1F2937"/>
          <w:sz w:val="20"/>
          <w:szCs w:val="20"/>
          <w:lang w:val="ru-RU"/>
        </w:rPr>
        <w:t>Дата: 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   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Підпис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: __________________    ПІБ: </w:t>
      </w:r>
      <w:r>
        <w:rPr>
          <w:rFonts w:eastAsia="Arial" w:cs="Times New Roman"/>
          <w:color w:val="1F2937"/>
          <w:sz w:val="20"/>
          <w:szCs w:val="20"/>
          <w:lang w:val="ru-RU"/>
        </w:rPr>
        <w:t>________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________________    М.П. (за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наявності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>)</w:t>
      </w:r>
      <w:r w:rsidRPr="00515787">
        <w:rPr>
          <w:b/>
          <w:color w:val="000000"/>
          <w:lang w:val="uk-UA"/>
        </w:rPr>
        <w:t xml:space="preserve"> </w:t>
      </w:r>
    </w:p>
    <w:p w:rsidR="004361BF" w:rsidRPr="004361BF" w:rsidRDefault="004361BF" w:rsidP="004361BF">
      <w:pPr>
        <w:rPr>
          <w:rFonts w:eastAsia="Arial" w:cs="Times New Roman"/>
          <w:color w:val="1F2937"/>
          <w:sz w:val="20"/>
          <w:szCs w:val="20"/>
          <w:lang w:val="uk-UA"/>
        </w:rPr>
      </w:pPr>
    </w:p>
    <w:p w:rsidR="004361BF" w:rsidRDefault="004361BF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361BF" w:rsidRDefault="004361BF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361BF" w:rsidRDefault="004361BF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361BF" w:rsidRDefault="004361BF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Pr="004361BF" w:rsidRDefault="004C64FB" w:rsidP="004C64FB">
      <w:pPr>
        <w:keepNext/>
        <w:pageBreakBefore/>
        <w:spacing w:before="160" w:after="120"/>
        <w:jc w:val="center"/>
        <w:rPr>
          <w:color w:val="000000"/>
          <w:sz w:val="20"/>
          <w:lang w:val="uk-UA"/>
        </w:rPr>
      </w:pPr>
      <w:r w:rsidRPr="00515787">
        <w:rPr>
          <w:b/>
          <w:color w:val="000000"/>
          <w:sz w:val="24"/>
          <w:lang w:val="uk-UA"/>
        </w:rPr>
        <w:lastRenderedPageBreak/>
        <w:t>Лот №</w:t>
      </w:r>
      <w:r>
        <w:rPr>
          <w:b/>
          <w:color w:val="000000"/>
          <w:sz w:val="24"/>
          <w:lang w:val="uk-UA"/>
        </w:rPr>
        <w:t xml:space="preserve"> </w:t>
      </w:r>
      <w:r>
        <w:rPr>
          <w:b/>
          <w:color w:val="000000"/>
          <w:sz w:val="24"/>
          <w:lang w:val="uk-UA"/>
        </w:rPr>
        <w:t>7</w:t>
      </w:r>
      <w:r>
        <w:rPr>
          <w:b/>
          <w:color w:val="000000"/>
          <w:sz w:val="24"/>
          <w:lang w:val="uk-UA"/>
        </w:rPr>
        <w:t xml:space="preserve"> </w:t>
      </w:r>
      <w:r w:rsidRPr="00515787">
        <w:rPr>
          <w:b/>
          <w:color w:val="000000"/>
          <w:sz w:val="24"/>
          <w:lang w:val="uk-UA"/>
        </w:rPr>
        <w:t xml:space="preserve">— </w:t>
      </w:r>
      <w:r w:rsidRPr="00F511EC">
        <w:rPr>
          <w:b/>
          <w:color w:val="000000"/>
          <w:sz w:val="24"/>
          <w:lang w:val="uk-UA"/>
        </w:rPr>
        <w:t xml:space="preserve">Гігієнічні </w:t>
      </w:r>
      <w:r w:rsidRPr="004C64FB">
        <w:rPr>
          <w:b/>
          <w:color w:val="000000"/>
          <w:sz w:val="24"/>
          <w:lang w:val="uk-UA"/>
        </w:rPr>
        <w:t>набори</w:t>
      </w:r>
      <w:r w:rsidRPr="004C64FB">
        <w:rPr>
          <w:b/>
          <w:lang w:val="uk-UA"/>
        </w:rPr>
        <w:t xml:space="preserve"> </w:t>
      </w:r>
      <w:r w:rsidRPr="004C64FB">
        <w:rPr>
          <w:b/>
          <w:lang w:val="uk-UA"/>
        </w:rPr>
        <w:t>з підгузками для підлітків/дорослих, розмір M</w:t>
      </w:r>
      <w:r>
        <w:rPr>
          <w:color w:val="000000"/>
          <w:sz w:val="20"/>
          <w:lang w:val="uk-UA"/>
        </w:rPr>
        <w:t xml:space="preserve"> </w:t>
      </w:r>
      <w:r>
        <w:rPr>
          <w:color w:val="000000"/>
          <w:sz w:val="20"/>
          <w:lang w:val="uk-UA"/>
        </w:rPr>
        <w:br/>
      </w:r>
      <w:r w:rsidRPr="004F65D3">
        <w:rPr>
          <w:rFonts w:eastAsia="Arial" w:cs="Times New Roman"/>
          <w:color w:val="1F2937"/>
          <w:lang w:val="uk-UA"/>
        </w:rPr>
        <w:t xml:space="preserve">Отримувачів: </w:t>
      </w:r>
      <w:r>
        <w:rPr>
          <w:rFonts w:eastAsia="Arial" w:cs="Times New Roman"/>
          <w:color w:val="1F2937"/>
          <w:lang w:val="uk-UA"/>
        </w:rPr>
        <w:t>1</w:t>
      </w:r>
      <w:r w:rsidRPr="004F65D3">
        <w:rPr>
          <w:rFonts w:eastAsia="Arial" w:cs="Times New Roman"/>
          <w:color w:val="1F2937"/>
          <w:lang w:val="uk-UA"/>
        </w:rPr>
        <w:t xml:space="preserve"> • Наборів: </w:t>
      </w:r>
      <w:r>
        <w:rPr>
          <w:rFonts w:eastAsia="Arial" w:cs="Times New Roman"/>
          <w:color w:val="1F2937"/>
          <w:lang w:val="uk-UA"/>
        </w:rPr>
        <w:t>3</w:t>
      </w:r>
      <w:r w:rsidRPr="004F65D3">
        <w:rPr>
          <w:rFonts w:eastAsia="Arial" w:cs="Times New Roman"/>
          <w:color w:val="1F2937"/>
          <w:lang w:val="uk-UA"/>
        </w:rPr>
        <w:t xml:space="preserve"> • Розподіл: </w:t>
      </w:r>
      <w:r w:rsidRPr="004C64FB">
        <w:rPr>
          <w:rFonts w:eastAsia="Arial" w:cs="Times New Roman"/>
          <w:color w:val="1F2937"/>
          <w:lang w:val="uk-UA"/>
        </w:rPr>
        <w:t xml:space="preserve">Сумська </w:t>
      </w:r>
      <w:r w:rsidRPr="004F65D3">
        <w:rPr>
          <w:rFonts w:eastAsia="Arial" w:cs="Times New Roman"/>
          <w:color w:val="1F2937"/>
          <w:lang w:val="uk-UA"/>
        </w:rPr>
        <w:t xml:space="preserve">— </w:t>
      </w:r>
      <w:r>
        <w:rPr>
          <w:rFonts w:eastAsia="Arial" w:cs="Times New Roman"/>
          <w:color w:val="1F2937"/>
          <w:lang w:val="uk-UA"/>
        </w:rPr>
        <w:t>3</w:t>
      </w:r>
    </w:p>
    <w:p w:rsidR="004C64FB" w:rsidRPr="00F511EC" w:rsidRDefault="004C64FB" w:rsidP="004C64FB">
      <w:pPr>
        <w:spacing w:after="80" w:line="240" w:lineRule="auto"/>
        <w:ind w:firstLine="284"/>
        <w:jc w:val="both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color w:val="000000"/>
          <w:sz w:val="20"/>
          <w:szCs w:val="20"/>
          <w:lang w:val="uk-UA" w:eastAsia="uk-UA"/>
        </w:rPr>
        <w:t>Учасник заповнює всі графи за обраним лотом. Ціна включає всі податки, збори, пакування, доставку, розвантаження та інші супутні витрати.</w:t>
      </w:r>
    </w:p>
    <w:tbl>
      <w:tblPr>
        <w:tblW w:w="991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"/>
        <w:gridCol w:w="3188"/>
        <w:gridCol w:w="851"/>
        <w:gridCol w:w="708"/>
        <w:gridCol w:w="2694"/>
        <w:gridCol w:w="992"/>
        <w:gridCol w:w="1134"/>
      </w:tblGrid>
      <w:tr w:rsidR="004C64FB" w:rsidRPr="00F511EC" w:rsidTr="00736015">
        <w:trPr>
          <w:tblHeader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№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К-ть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Торгова марка, артикул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Ціна за од., грн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Сума, грн</w:t>
            </w: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D51B0C" w:rsidRDefault="004C64FB" w:rsidP="00736015">
            <w:pPr>
              <w:rPr>
                <w:sz w:val="18"/>
                <w:szCs w:val="18"/>
                <w:lang w:val="uk-UA"/>
              </w:rPr>
            </w:pPr>
            <w:r w:rsidRPr="004C64FB">
              <w:rPr>
                <w:sz w:val="18"/>
                <w:szCs w:val="18"/>
                <w:lang w:val="uk-UA"/>
              </w:rPr>
              <w:t>Підгузки одноразові для підлітків/дорослих, розмір 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 xml:space="preserve">Крем від 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попрілостей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trHeight w:val="256"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Дитячі вологі серветки з клапаном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Рідке дитяче мило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Універсальний засіб для прання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Засіб для видалення плям/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відбілювач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Дитяча присипка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Одноразові гігієнічні пелюшки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trHeight w:val="408"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Пакувальна коробка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4C64FB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РАЗОМ КОМПЛЕКТ ЗА ЛОТОМ №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proofErr w:type="spellStart"/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комп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л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</w:tr>
    </w:tbl>
    <w:p w:rsidR="004C64FB" w:rsidRPr="00F511EC" w:rsidRDefault="004C64FB" w:rsidP="004C64FB">
      <w:pPr>
        <w:spacing w:before="100" w:after="60" w:line="240" w:lineRule="auto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b/>
          <w:bCs/>
          <w:color w:val="000000"/>
          <w:lang w:val="uk-UA" w:eastAsia="uk-UA"/>
        </w:rPr>
        <w:br/>
      </w:r>
      <w:r w:rsidRPr="000345EC">
        <w:rPr>
          <w:rFonts w:cs="Times New Roman"/>
          <w:b/>
          <w:bCs/>
          <w:lang w:val="uk-UA" w:eastAsia="uk-UA"/>
        </w:rPr>
        <w:t>Кількість наборів, які потрібно відправити по Лоту №</w:t>
      </w:r>
      <w:r>
        <w:rPr>
          <w:rFonts w:cs="Times New Roman"/>
          <w:b/>
          <w:bCs/>
          <w:lang w:val="uk-UA" w:eastAsia="uk-UA"/>
        </w:rPr>
        <w:t>5</w:t>
      </w:r>
    </w:p>
    <w:tbl>
      <w:tblPr>
        <w:tblW w:w="991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845"/>
        <w:gridCol w:w="709"/>
        <w:gridCol w:w="5670"/>
      </w:tblGrid>
      <w:tr w:rsidR="004C64FB" w:rsidRPr="00F511EC" w:rsidTr="00736015">
        <w:trPr>
          <w:trHeight w:val="3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0345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0345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Найменування 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0345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0345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К-ть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0345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color w:val="000000"/>
                <w:lang w:val="uk-UA" w:eastAsia="uk-UA"/>
              </w:rPr>
              <w:t>Дані для відправки комплектів</w:t>
            </w:r>
          </w:p>
        </w:tc>
      </w:tr>
      <w:tr w:rsidR="004C64FB" w:rsidRPr="00191CA0" w:rsidTr="00736015">
        <w:trPr>
          <w:trHeight w:val="3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4C64FB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 xml:space="preserve">Комплект за Лотом № 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C64FB" w:rsidRPr="004361BF" w:rsidRDefault="004C64FB" w:rsidP="004C64FB">
            <w:pPr>
              <w:jc w:val="center"/>
              <w:rPr>
                <w:sz w:val="20"/>
                <w:szCs w:val="20"/>
                <w:lang w:val="ru-RU"/>
              </w:rPr>
            </w:pPr>
            <w:r w:rsidRPr="004C64FB">
              <w:rPr>
                <w:sz w:val="20"/>
                <w:szCs w:val="20"/>
                <w:lang w:val="ru-RU"/>
              </w:rPr>
              <w:t xml:space="preserve">с. </w:t>
            </w:r>
            <w:proofErr w:type="spellStart"/>
            <w:r w:rsidRPr="004C64FB">
              <w:rPr>
                <w:sz w:val="20"/>
                <w:szCs w:val="20"/>
                <w:lang w:val="ru-RU"/>
              </w:rPr>
              <w:t>Ярмолинці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ru-RU"/>
              </w:rPr>
              <w:t>Сумська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обл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>)</w:t>
            </w:r>
          </w:p>
        </w:tc>
      </w:tr>
    </w:tbl>
    <w:p w:rsidR="004C64FB" w:rsidRPr="000345EC" w:rsidRDefault="004C64FB" w:rsidP="004C64FB">
      <w:pPr>
        <w:pStyle w:val="1"/>
        <w:rPr>
          <w:rFonts w:ascii="Times New Roman" w:hAnsi="Times New Roman" w:cs="Times New Roman"/>
          <w:color w:val="auto"/>
          <w:sz w:val="22"/>
          <w:szCs w:val="22"/>
          <w:lang w:val="uk-UA"/>
        </w:rPr>
      </w:pPr>
      <w:r w:rsidRPr="000345EC">
        <w:rPr>
          <w:rFonts w:ascii="Times New Roman" w:hAnsi="Times New Roman" w:cs="Times New Roman"/>
          <w:color w:val="auto"/>
          <w:sz w:val="22"/>
          <w:szCs w:val="22"/>
          <w:lang w:val="uk-UA"/>
        </w:rPr>
        <w:t>Відповідність технічним вимогам</w:t>
      </w:r>
    </w:p>
    <w:tbl>
      <w:tblPr>
        <w:tblStyle w:val="aff0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4394"/>
        <w:gridCol w:w="3402"/>
      </w:tblGrid>
      <w:tr w:rsidR="004C64FB" w:rsidRPr="000345EC" w:rsidTr="00736015">
        <w:trPr>
          <w:cantSplit/>
          <w:tblHeader/>
          <w:jc w:val="center"/>
        </w:trPr>
        <w:tc>
          <w:tcPr>
            <w:tcW w:w="212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0345EC" w:rsidRDefault="004C64FB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Товар</w:t>
            </w:r>
          </w:p>
        </w:tc>
        <w:tc>
          <w:tcPr>
            <w:tcW w:w="4394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0345EC" w:rsidRDefault="004C64FB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Мінімальна вимога Замовника</w:t>
            </w:r>
          </w:p>
        </w:tc>
        <w:tc>
          <w:tcPr>
            <w:tcW w:w="340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0345EC" w:rsidRDefault="004C64FB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Запропонована характеристика</w:t>
            </w:r>
          </w:p>
        </w:tc>
      </w:tr>
      <w:tr w:rsidR="004C64FB" w:rsidRPr="000345EC" w:rsidTr="00736015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4C64FB" w:rsidRDefault="004C64FB" w:rsidP="004C64FB">
            <w:pPr>
              <w:rPr>
                <w:rFonts w:cs="Times New Roman"/>
                <w:sz w:val="18"/>
                <w:szCs w:val="18"/>
                <w:lang w:val="ru-RU"/>
              </w:rPr>
            </w:pP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Підгузки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одноразові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для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підлітків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/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дорослих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розмір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M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4C64FB" w:rsidRDefault="004C64FB" w:rsidP="004C64FB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Розмір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M</w:t>
            </w:r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або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еквівалент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за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сіткою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виробника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;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відповідність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обхвату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талії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зазначеному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виробником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для </w:t>
            </w:r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M</w:t>
            </w:r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;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висока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поглинальна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здатність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багаторазові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застібки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захисні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бортики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від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протікань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індикатор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вологості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або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еквівалентний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контроль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наповнення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. У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наборі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— 3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заводські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упаковки, не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менше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30 шт. у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кожній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упаковці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Фасування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понад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30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шт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допускається</w:t>
            </w:r>
            <w:proofErr w:type="spellEnd"/>
            <w:proofErr w:type="gram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без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зменшення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кількості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упаковок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F04789" w:rsidRDefault="004C64FB" w:rsidP="004C64FB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  <w:tr w:rsidR="004C64FB" w:rsidRPr="000345EC" w:rsidTr="00736015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4361BF" w:rsidRDefault="004C64FB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4361BF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Інші позиції набору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4361BF" w:rsidRDefault="004C64FB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4361BF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Мають відповідати розділу «Загальні технічні вимоги до спільних складових усіх лотів» цієї Тендерної форми. Вартість комплектування, пакування та доставки включається до загальної ціни лота й окремо не зазначається.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F04789" w:rsidRDefault="004C64FB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</w:tbl>
    <w:p w:rsidR="004C64FB" w:rsidRPr="000345EC" w:rsidRDefault="004C64FB" w:rsidP="004C64FB">
      <w:pPr>
        <w:spacing w:before="100"/>
        <w:rPr>
          <w:rFonts w:cs="Times New Roman"/>
          <w:sz w:val="20"/>
          <w:szCs w:val="20"/>
          <w:lang w:val="uk-UA"/>
        </w:rPr>
      </w:pPr>
      <w:r w:rsidRPr="000345EC">
        <w:rPr>
          <w:rFonts w:eastAsia="Arial" w:cs="Times New Roman"/>
          <w:b/>
          <w:color w:val="1F2937"/>
          <w:sz w:val="20"/>
          <w:szCs w:val="20"/>
          <w:lang w:val="uk-UA"/>
        </w:rPr>
        <w:t>Підтверджуємо відповідність запропонованих товарів зазначеним вимогам.</w:t>
      </w:r>
    </w:p>
    <w:p w:rsidR="004C64FB" w:rsidRDefault="004C64FB" w:rsidP="004C64FB">
      <w:pPr>
        <w:rPr>
          <w:rFonts w:eastAsia="Arial" w:cs="Times New Roman"/>
          <w:color w:val="1F2937"/>
          <w:sz w:val="20"/>
          <w:szCs w:val="20"/>
          <w:lang w:val="ru-RU"/>
        </w:rPr>
      </w:pPr>
      <w:r>
        <w:rPr>
          <w:rFonts w:eastAsia="Arial" w:cs="Times New Roman"/>
          <w:color w:val="1F2937"/>
          <w:sz w:val="20"/>
          <w:szCs w:val="20"/>
          <w:lang w:val="ru-RU"/>
        </w:rPr>
        <w:t>Дата: 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   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Підпис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: __________________    ПІБ: </w:t>
      </w:r>
      <w:r>
        <w:rPr>
          <w:rFonts w:eastAsia="Arial" w:cs="Times New Roman"/>
          <w:color w:val="1F2937"/>
          <w:sz w:val="20"/>
          <w:szCs w:val="20"/>
          <w:lang w:val="ru-RU"/>
        </w:rPr>
        <w:t>________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________________    М.П. (за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наявності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>)</w:t>
      </w:r>
    </w:p>
    <w:p w:rsidR="004C64FB" w:rsidRDefault="004C64FB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361BF" w:rsidRDefault="004361BF" w:rsidP="004361BF">
      <w:pPr>
        <w:rPr>
          <w:rFonts w:eastAsia="Arial" w:cs="Times New Roman"/>
          <w:color w:val="1F2937"/>
          <w:sz w:val="20"/>
          <w:szCs w:val="20"/>
          <w:lang w:val="ru-RU"/>
        </w:rPr>
      </w:pPr>
    </w:p>
    <w:p w:rsidR="004C64FB" w:rsidRPr="004F65D3" w:rsidRDefault="004C64FB" w:rsidP="004C64FB">
      <w:pPr>
        <w:keepNext/>
        <w:pageBreakBefore/>
        <w:spacing w:before="160" w:after="120"/>
        <w:jc w:val="center"/>
        <w:rPr>
          <w:color w:val="000000"/>
          <w:sz w:val="20"/>
          <w:lang w:val="ru-RU"/>
        </w:rPr>
      </w:pPr>
      <w:r w:rsidRPr="00515787">
        <w:rPr>
          <w:b/>
          <w:color w:val="000000"/>
          <w:sz w:val="24"/>
          <w:lang w:val="uk-UA"/>
        </w:rPr>
        <w:lastRenderedPageBreak/>
        <w:t>Лот №</w:t>
      </w:r>
      <w:r>
        <w:rPr>
          <w:b/>
          <w:color w:val="000000"/>
          <w:sz w:val="24"/>
          <w:lang w:val="uk-UA"/>
        </w:rPr>
        <w:t xml:space="preserve"> </w:t>
      </w:r>
      <w:r>
        <w:rPr>
          <w:b/>
          <w:color w:val="000000"/>
          <w:sz w:val="24"/>
          <w:lang w:val="uk-UA"/>
        </w:rPr>
        <w:t xml:space="preserve">8 </w:t>
      </w:r>
      <w:r w:rsidRPr="00515787">
        <w:rPr>
          <w:b/>
          <w:color w:val="000000"/>
          <w:sz w:val="24"/>
          <w:lang w:val="uk-UA"/>
        </w:rPr>
        <w:t xml:space="preserve">— </w:t>
      </w:r>
      <w:r w:rsidRPr="00F511EC">
        <w:rPr>
          <w:b/>
          <w:color w:val="000000"/>
          <w:sz w:val="24"/>
          <w:lang w:val="uk-UA"/>
        </w:rPr>
        <w:t>Гігієнічні набори</w:t>
      </w:r>
      <w:r w:rsidRPr="00D51B0C">
        <w:rPr>
          <w:lang w:val="ru-RU"/>
        </w:rPr>
        <w:t xml:space="preserve"> </w:t>
      </w:r>
      <w:r w:rsidRPr="004361BF">
        <w:rPr>
          <w:b/>
          <w:lang w:val="ru-RU"/>
        </w:rPr>
        <w:t xml:space="preserve">з </w:t>
      </w:r>
      <w:proofErr w:type="spellStart"/>
      <w:r w:rsidRPr="004361BF">
        <w:rPr>
          <w:b/>
          <w:lang w:val="ru-RU"/>
        </w:rPr>
        <w:t>підгузками</w:t>
      </w:r>
      <w:proofErr w:type="spellEnd"/>
      <w:r w:rsidRPr="004361BF">
        <w:rPr>
          <w:b/>
          <w:lang w:val="ru-RU"/>
        </w:rPr>
        <w:t xml:space="preserve"> для </w:t>
      </w:r>
      <w:proofErr w:type="spellStart"/>
      <w:r w:rsidRPr="004361BF">
        <w:rPr>
          <w:b/>
          <w:lang w:val="ru-RU"/>
        </w:rPr>
        <w:t>підлітків</w:t>
      </w:r>
      <w:proofErr w:type="spellEnd"/>
      <w:r w:rsidRPr="004361BF">
        <w:rPr>
          <w:b/>
          <w:lang w:val="ru-RU"/>
        </w:rPr>
        <w:t>/</w:t>
      </w:r>
      <w:proofErr w:type="spellStart"/>
      <w:r w:rsidRPr="004361BF">
        <w:rPr>
          <w:b/>
          <w:lang w:val="ru-RU"/>
        </w:rPr>
        <w:t>дорослих</w:t>
      </w:r>
      <w:proofErr w:type="spellEnd"/>
      <w:r w:rsidRPr="004361BF">
        <w:rPr>
          <w:b/>
          <w:lang w:val="ru-RU"/>
        </w:rPr>
        <w:t xml:space="preserve">, </w:t>
      </w:r>
      <w:proofErr w:type="spellStart"/>
      <w:r w:rsidRPr="004361BF">
        <w:rPr>
          <w:b/>
          <w:lang w:val="ru-RU"/>
        </w:rPr>
        <w:t>розмір</w:t>
      </w:r>
      <w:proofErr w:type="spellEnd"/>
      <w:r w:rsidRPr="004361BF">
        <w:rPr>
          <w:b/>
          <w:lang w:val="ru-RU"/>
        </w:rPr>
        <w:t xml:space="preserve"> </w:t>
      </w:r>
      <w:r>
        <w:rPr>
          <w:b/>
        </w:rPr>
        <w:t>L</w:t>
      </w:r>
      <w:r>
        <w:rPr>
          <w:color w:val="000000"/>
          <w:sz w:val="20"/>
          <w:lang w:val="uk-UA"/>
        </w:rPr>
        <w:br/>
      </w:r>
      <w:r w:rsidRPr="004F65D3">
        <w:rPr>
          <w:rFonts w:eastAsia="Arial" w:cs="Times New Roman"/>
          <w:color w:val="1F2937"/>
          <w:lang w:val="uk-UA"/>
        </w:rPr>
        <w:t xml:space="preserve">Отримувачів: </w:t>
      </w:r>
      <w:r>
        <w:rPr>
          <w:rFonts w:eastAsia="Arial" w:cs="Times New Roman"/>
          <w:color w:val="1F2937"/>
          <w:lang w:val="uk-UA"/>
        </w:rPr>
        <w:t>5</w:t>
      </w:r>
      <w:r w:rsidRPr="004F65D3">
        <w:rPr>
          <w:rFonts w:eastAsia="Arial" w:cs="Times New Roman"/>
          <w:color w:val="1F2937"/>
          <w:lang w:val="uk-UA"/>
        </w:rPr>
        <w:t xml:space="preserve"> • Наборів: </w:t>
      </w:r>
      <w:r>
        <w:rPr>
          <w:rFonts w:eastAsia="Arial" w:cs="Times New Roman"/>
          <w:color w:val="1F2937"/>
          <w:lang w:val="uk-UA"/>
        </w:rPr>
        <w:t>15</w:t>
      </w:r>
      <w:r w:rsidRPr="004F65D3">
        <w:rPr>
          <w:rFonts w:eastAsia="Arial" w:cs="Times New Roman"/>
          <w:color w:val="1F2937"/>
          <w:lang w:val="uk-UA"/>
        </w:rPr>
        <w:t xml:space="preserve"> • Розподіл: Харківська — </w:t>
      </w:r>
      <w:r>
        <w:rPr>
          <w:rFonts w:eastAsia="Arial" w:cs="Times New Roman"/>
          <w:color w:val="1F2937"/>
          <w:lang w:val="uk-UA"/>
        </w:rPr>
        <w:t>9</w:t>
      </w:r>
      <w:r w:rsidRPr="004F65D3">
        <w:rPr>
          <w:rFonts w:eastAsia="Arial" w:cs="Times New Roman"/>
          <w:color w:val="1F2937"/>
          <w:lang w:val="uk-UA"/>
        </w:rPr>
        <w:t xml:space="preserve">; Сумська — </w:t>
      </w:r>
      <w:r>
        <w:rPr>
          <w:rFonts w:eastAsia="Arial" w:cs="Times New Roman"/>
          <w:color w:val="1F2937"/>
          <w:lang w:val="uk-UA"/>
        </w:rPr>
        <w:t>6</w:t>
      </w:r>
    </w:p>
    <w:p w:rsidR="004C64FB" w:rsidRPr="00F511EC" w:rsidRDefault="004C64FB" w:rsidP="004C64FB">
      <w:pPr>
        <w:spacing w:after="80" w:line="240" w:lineRule="auto"/>
        <w:ind w:firstLine="284"/>
        <w:jc w:val="both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color w:val="000000"/>
          <w:sz w:val="20"/>
          <w:szCs w:val="20"/>
          <w:lang w:val="uk-UA" w:eastAsia="uk-UA"/>
        </w:rPr>
        <w:t>Учасник заповнює всі графи за обраним лотом. Ціна включає всі податки, збори, пакування, доставку, розвантаження та інші супутні витрати.</w:t>
      </w:r>
    </w:p>
    <w:tbl>
      <w:tblPr>
        <w:tblW w:w="991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"/>
        <w:gridCol w:w="3188"/>
        <w:gridCol w:w="851"/>
        <w:gridCol w:w="708"/>
        <w:gridCol w:w="2694"/>
        <w:gridCol w:w="992"/>
        <w:gridCol w:w="1134"/>
      </w:tblGrid>
      <w:tr w:rsidR="004C64FB" w:rsidRPr="00F511EC" w:rsidTr="00736015">
        <w:trPr>
          <w:tblHeader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№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К-ть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Торгова марка, артикул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Ціна за од., грн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 w:eastAsia="uk-UA"/>
              </w:rPr>
            </w:pPr>
            <w:r w:rsidRPr="00F511EC">
              <w:rPr>
                <w:rFonts w:cs="Times New Roman"/>
                <w:b/>
                <w:bCs/>
                <w:color w:val="000000"/>
                <w:sz w:val="17"/>
                <w:szCs w:val="17"/>
                <w:lang w:val="uk-UA" w:eastAsia="uk-UA"/>
              </w:rPr>
              <w:t>Сума, грн</w:t>
            </w: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4C64FB" w:rsidRDefault="004C64FB" w:rsidP="004C64FB">
            <w:pPr>
              <w:rPr>
                <w:rFonts w:cs="Times New Roman"/>
                <w:sz w:val="18"/>
                <w:szCs w:val="18"/>
                <w:lang w:val="uk-UA"/>
              </w:rPr>
            </w:pP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Підгузки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одноразові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для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підлітків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/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дорослих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розмір</w:t>
            </w:r>
            <w:proofErr w:type="spellEnd"/>
            <w:r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 xml:space="preserve"> </w:t>
            </w:r>
            <w:r>
              <w:rPr>
                <w:rFonts w:eastAsia="Arial" w:cs="Times New Roman"/>
                <w:color w:val="1F2937"/>
                <w:sz w:val="18"/>
                <w:szCs w:val="18"/>
              </w:rPr>
              <w:t>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 xml:space="preserve">Крем від 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попрілостей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trHeight w:val="256"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Дитячі вологі серветки з клапаном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Рідке дитяче мило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Універсальний засіб для прання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Засіб для видалення плям/</w:t>
            </w:r>
            <w:proofErr w:type="spellStart"/>
            <w:r w:rsidRPr="00F511EC">
              <w:rPr>
                <w:sz w:val="18"/>
                <w:szCs w:val="18"/>
                <w:lang w:val="uk-UA"/>
              </w:rPr>
              <w:t>відбілювач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Дитяча присипка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Одноразові гігієнічні пелюшки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F511EC">
              <w:rPr>
                <w:sz w:val="16"/>
                <w:szCs w:val="16"/>
                <w:lang w:val="uk-UA"/>
              </w:rPr>
              <w:t>уп</w:t>
            </w:r>
            <w:proofErr w:type="spellEnd"/>
            <w:r w:rsidRPr="00F511EC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trHeight w:val="408"/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rPr>
                <w:sz w:val="18"/>
                <w:szCs w:val="18"/>
                <w:lang w:val="uk-UA"/>
              </w:rPr>
            </w:pPr>
            <w:r w:rsidRPr="00F511EC">
              <w:rPr>
                <w:sz w:val="18"/>
                <w:szCs w:val="18"/>
                <w:lang w:val="uk-UA"/>
              </w:rPr>
              <w:t>Пакувальна коробка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jc w:val="center"/>
              <w:rPr>
                <w:sz w:val="16"/>
                <w:szCs w:val="16"/>
                <w:lang w:val="uk-UA"/>
              </w:rPr>
            </w:pPr>
            <w:r w:rsidRPr="00F511EC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4"/>
                <w:szCs w:val="24"/>
                <w:lang w:val="uk-UA" w:eastAsia="uk-UA"/>
              </w:rPr>
            </w:pPr>
          </w:p>
        </w:tc>
      </w:tr>
      <w:tr w:rsidR="004C64FB" w:rsidRPr="00F511EC" w:rsidTr="00736015">
        <w:trPr>
          <w:jc w:val="center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4C64FB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РАЗОМ КОМПЛЕКТ ЗА ЛОТОМ №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proofErr w:type="spellStart"/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комп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л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uk-UA" w:eastAsia="uk-UA"/>
              </w:rPr>
            </w:pPr>
            <w:r w:rsidRPr="00F511EC">
              <w:rPr>
                <w:rFonts w:cs="Times New Roman"/>
                <w:color w:val="000000"/>
                <w:sz w:val="20"/>
                <w:szCs w:val="20"/>
                <w:shd w:val="clear" w:color="auto" w:fill="FFFFFF"/>
                <w:lang w:val="uk-UA" w:eastAsia="uk-UA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F511EC" w:rsidRDefault="004C64FB" w:rsidP="00736015">
            <w:pPr>
              <w:spacing w:after="0" w:line="240" w:lineRule="auto"/>
              <w:rPr>
                <w:rFonts w:cs="Times New Roman"/>
                <w:sz w:val="20"/>
                <w:szCs w:val="20"/>
                <w:lang w:val="uk-UA" w:eastAsia="uk-UA"/>
              </w:rPr>
            </w:pPr>
          </w:p>
        </w:tc>
      </w:tr>
    </w:tbl>
    <w:p w:rsidR="004C64FB" w:rsidRPr="00F511EC" w:rsidRDefault="004C64FB" w:rsidP="004C64FB">
      <w:pPr>
        <w:spacing w:before="100" w:after="60" w:line="240" w:lineRule="auto"/>
        <w:rPr>
          <w:rFonts w:cs="Times New Roman"/>
          <w:sz w:val="24"/>
          <w:szCs w:val="24"/>
          <w:lang w:val="uk-UA" w:eastAsia="uk-UA"/>
        </w:rPr>
      </w:pPr>
      <w:r w:rsidRPr="00F511EC">
        <w:rPr>
          <w:rFonts w:cs="Times New Roman"/>
          <w:b/>
          <w:bCs/>
          <w:color w:val="000000"/>
          <w:lang w:val="uk-UA" w:eastAsia="uk-UA"/>
        </w:rPr>
        <w:br/>
      </w:r>
      <w:r w:rsidRPr="000345EC">
        <w:rPr>
          <w:rFonts w:cs="Times New Roman"/>
          <w:b/>
          <w:bCs/>
          <w:lang w:val="uk-UA" w:eastAsia="uk-UA"/>
        </w:rPr>
        <w:t>Кількість наборів, які потрібно відправити по Лоту №</w:t>
      </w:r>
      <w:r>
        <w:rPr>
          <w:rFonts w:cs="Times New Roman"/>
          <w:b/>
          <w:bCs/>
          <w:lang w:val="uk-UA" w:eastAsia="uk-UA"/>
        </w:rPr>
        <w:t xml:space="preserve"> </w:t>
      </w:r>
      <w:r>
        <w:rPr>
          <w:rFonts w:cs="Times New Roman"/>
          <w:b/>
          <w:bCs/>
          <w:lang w:val="uk-UA" w:eastAsia="uk-UA"/>
        </w:rPr>
        <w:t>8</w:t>
      </w:r>
      <w:r>
        <w:rPr>
          <w:rFonts w:cs="Times New Roman"/>
          <w:b/>
          <w:bCs/>
          <w:lang w:val="uk-UA" w:eastAsia="uk-UA"/>
        </w:rPr>
        <w:t xml:space="preserve"> </w:t>
      </w:r>
    </w:p>
    <w:tbl>
      <w:tblPr>
        <w:tblW w:w="991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845"/>
        <w:gridCol w:w="709"/>
        <w:gridCol w:w="5670"/>
      </w:tblGrid>
      <w:tr w:rsidR="004C64FB" w:rsidRPr="00F511EC" w:rsidTr="00736015">
        <w:trPr>
          <w:trHeight w:val="3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0345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0345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Найменування 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0345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0345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bCs/>
                <w:color w:val="000000"/>
                <w:lang w:val="uk-UA" w:eastAsia="uk-UA"/>
              </w:rPr>
              <w:t>К-ть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4C64FB" w:rsidRPr="000345EC" w:rsidRDefault="004C64FB" w:rsidP="00736015">
            <w:pPr>
              <w:spacing w:after="0" w:line="240" w:lineRule="auto"/>
              <w:jc w:val="center"/>
              <w:rPr>
                <w:rFonts w:cs="Times New Roman"/>
                <w:b/>
                <w:lang w:val="uk-UA" w:eastAsia="uk-UA"/>
              </w:rPr>
            </w:pPr>
            <w:r w:rsidRPr="000345EC">
              <w:rPr>
                <w:rFonts w:cs="Times New Roman"/>
                <w:b/>
                <w:color w:val="000000"/>
                <w:lang w:val="uk-UA" w:eastAsia="uk-UA"/>
              </w:rPr>
              <w:t>Дані для відправки комплектів</w:t>
            </w:r>
          </w:p>
        </w:tc>
      </w:tr>
      <w:tr w:rsidR="004C64FB" w:rsidRPr="00191CA0" w:rsidTr="00736015">
        <w:trPr>
          <w:trHeight w:val="3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4C64FB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 xml:space="preserve">Комплект за Лотом № 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C64FB" w:rsidRPr="004361BF" w:rsidRDefault="004C64FB" w:rsidP="00736015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 xml:space="preserve">с. </w:t>
            </w:r>
            <w:proofErr w:type="spellStart"/>
            <w:r w:rsidRPr="004C64FB">
              <w:rPr>
                <w:sz w:val="20"/>
                <w:szCs w:val="20"/>
                <w:lang w:val="ru-RU"/>
              </w:rPr>
              <w:t>Пархомівка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Харків.обл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>)</w:t>
            </w:r>
          </w:p>
        </w:tc>
      </w:tr>
      <w:tr w:rsidR="004C64FB" w:rsidRPr="00191CA0" w:rsidTr="00736015">
        <w:trPr>
          <w:trHeight w:val="10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4C64FB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 xml:space="preserve">Комплект за Лотом № 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C64FB" w:rsidRPr="004361BF" w:rsidRDefault="004C64FB" w:rsidP="0073601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</w:t>
            </w:r>
            <w:r w:rsidRPr="004361BF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4C64FB">
              <w:rPr>
                <w:sz w:val="20"/>
                <w:szCs w:val="20"/>
                <w:lang w:val="ru-RU"/>
              </w:rPr>
              <w:t>Лозова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Харків.обл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>)</w:t>
            </w:r>
          </w:p>
        </w:tc>
      </w:tr>
      <w:tr w:rsidR="004C64FB" w:rsidRPr="00191CA0" w:rsidTr="00736015">
        <w:trPr>
          <w:trHeight w:val="3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4C64FB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 xml:space="preserve">Комплект за Лотом № 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C64FB" w:rsidRPr="004361BF" w:rsidRDefault="004C64FB" w:rsidP="00736015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 xml:space="preserve">м. </w:t>
            </w:r>
            <w:r w:rsidRPr="004C64FB">
              <w:rPr>
                <w:sz w:val="20"/>
                <w:szCs w:val="20"/>
                <w:lang w:val="ru-RU"/>
              </w:rPr>
              <w:t>Балаклея</w:t>
            </w:r>
            <w:r w:rsidRPr="004361BF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Харків.обл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>)</w:t>
            </w:r>
          </w:p>
        </w:tc>
      </w:tr>
      <w:tr w:rsidR="004C64FB" w:rsidRPr="00191CA0" w:rsidTr="00736015">
        <w:trPr>
          <w:trHeight w:val="19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4C64FB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Комплект за Лотом №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C64FB" w:rsidRPr="004361BF" w:rsidRDefault="004C64FB" w:rsidP="00736015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 xml:space="preserve">м. </w:t>
            </w:r>
            <w:r>
              <w:rPr>
                <w:sz w:val="20"/>
                <w:szCs w:val="20"/>
                <w:lang w:val="ru-RU"/>
              </w:rPr>
              <w:t>Конотоп</w:t>
            </w:r>
            <w:r w:rsidRPr="004361BF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Сумська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 xml:space="preserve"> обл.)</w:t>
            </w:r>
            <w:bookmarkStart w:id="0" w:name="_GoBack"/>
            <w:bookmarkEnd w:id="0"/>
          </w:p>
        </w:tc>
      </w:tr>
      <w:tr w:rsidR="004C64FB" w:rsidRPr="00191CA0" w:rsidTr="00736015">
        <w:trPr>
          <w:trHeight w:val="4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4C64FB">
            <w:pPr>
              <w:pStyle w:val="aff8"/>
              <w:spacing w:before="0" w:beforeAutospacing="0" w:after="0" w:afterAutospacing="0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Комплект за Лотом №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91CA0">
              <w:rPr>
                <w:color w:val="00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4C64FB" w:rsidRPr="00191CA0" w:rsidRDefault="004C64FB" w:rsidP="00736015">
            <w:pPr>
              <w:pStyle w:val="aff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C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C64FB" w:rsidRPr="004361BF" w:rsidRDefault="004C64FB" w:rsidP="00736015">
            <w:pPr>
              <w:jc w:val="center"/>
              <w:rPr>
                <w:sz w:val="20"/>
                <w:szCs w:val="20"/>
                <w:lang w:val="ru-RU"/>
              </w:rPr>
            </w:pPr>
            <w:r w:rsidRPr="004361BF">
              <w:rPr>
                <w:sz w:val="20"/>
                <w:szCs w:val="20"/>
                <w:lang w:val="ru-RU"/>
              </w:rPr>
              <w:t xml:space="preserve">м. </w:t>
            </w:r>
            <w:r>
              <w:rPr>
                <w:sz w:val="20"/>
                <w:szCs w:val="20"/>
                <w:lang w:val="ru-RU"/>
              </w:rPr>
              <w:t>Конотоп</w:t>
            </w:r>
            <w:r w:rsidRPr="004361BF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361BF">
              <w:rPr>
                <w:sz w:val="20"/>
                <w:szCs w:val="20"/>
                <w:lang w:val="ru-RU"/>
              </w:rPr>
              <w:t>Сумська</w:t>
            </w:r>
            <w:proofErr w:type="spellEnd"/>
            <w:r w:rsidRPr="004361BF">
              <w:rPr>
                <w:sz w:val="20"/>
                <w:szCs w:val="20"/>
                <w:lang w:val="ru-RU"/>
              </w:rPr>
              <w:t xml:space="preserve"> обл.)</w:t>
            </w:r>
          </w:p>
        </w:tc>
      </w:tr>
    </w:tbl>
    <w:p w:rsidR="004C64FB" w:rsidRPr="000345EC" w:rsidRDefault="004C64FB" w:rsidP="004C64FB">
      <w:pPr>
        <w:pStyle w:val="1"/>
        <w:rPr>
          <w:rFonts w:ascii="Times New Roman" w:hAnsi="Times New Roman" w:cs="Times New Roman"/>
          <w:color w:val="auto"/>
          <w:sz w:val="22"/>
          <w:szCs w:val="22"/>
          <w:lang w:val="uk-UA"/>
        </w:rPr>
      </w:pPr>
      <w:r w:rsidRPr="000345EC">
        <w:rPr>
          <w:rFonts w:ascii="Times New Roman" w:hAnsi="Times New Roman" w:cs="Times New Roman"/>
          <w:color w:val="auto"/>
          <w:sz w:val="22"/>
          <w:szCs w:val="22"/>
          <w:lang w:val="uk-UA"/>
        </w:rPr>
        <w:t>Відповідність технічним вимогам</w:t>
      </w:r>
    </w:p>
    <w:tbl>
      <w:tblPr>
        <w:tblStyle w:val="aff0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4394"/>
        <w:gridCol w:w="3402"/>
      </w:tblGrid>
      <w:tr w:rsidR="004C64FB" w:rsidRPr="000345EC" w:rsidTr="00736015">
        <w:trPr>
          <w:cantSplit/>
          <w:tblHeader/>
          <w:jc w:val="center"/>
        </w:trPr>
        <w:tc>
          <w:tcPr>
            <w:tcW w:w="212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0345EC" w:rsidRDefault="004C64FB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Товар</w:t>
            </w:r>
          </w:p>
        </w:tc>
        <w:tc>
          <w:tcPr>
            <w:tcW w:w="4394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0345EC" w:rsidRDefault="004C64FB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Мінімальна вимога Замовника</w:t>
            </w:r>
          </w:p>
        </w:tc>
        <w:tc>
          <w:tcPr>
            <w:tcW w:w="3402" w:type="dxa"/>
            <w:shd w:val="clear" w:color="auto" w:fill="2E75B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0345EC" w:rsidRDefault="004C64FB" w:rsidP="0073601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EC">
              <w:rPr>
                <w:rFonts w:eastAsia="Arial" w:cs="Times New Roman"/>
                <w:b/>
                <w:color w:val="FFFFFF"/>
                <w:sz w:val="20"/>
                <w:szCs w:val="20"/>
                <w:lang w:val="uk-UA"/>
              </w:rPr>
              <w:t>Запропонована характеристика</w:t>
            </w:r>
          </w:p>
        </w:tc>
      </w:tr>
      <w:tr w:rsidR="004C64FB" w:rsidRPr="000345EC" w:rsidTr="00736015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4C64FB" w:rsidRDefault="004C64FB" w:rsidP="004C64FB">
            <w:pPr>
              <w:rPr>
                <w:rFonts w:cs="Times New Roman"/>
                <w:sz w:val="18"/>
                <w:szCs w:val="18"/>
                <w:lang w:val="ru-RU"/>
              </w:rPr>
            </w:pP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Підгузки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одноразові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для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підлітків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/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дорослих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розмір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L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4C64FB" w:rsidRDefault="004C64FB" w:rsidP="004C64FB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Розмір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L</w:t>
            </w:r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або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еквівалент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за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сіткою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виробника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;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відповідність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обхвату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талії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зазначеному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виробником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для </w:t>
            </w:r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L</w:t>
            </w:r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;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висока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поглинальна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здатність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багаторазові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застібки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захисні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бортики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від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протікань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індикатор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вологості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або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еквівалентний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контроль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наповнення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. У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наборі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— 3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заводські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упаковки, не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менше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30 шт. у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кожній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>упаковці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Фасування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понад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30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шт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допускається</w:t>
            </w:r>
            <w:proofErr w:type="spellEnd"/>
            <w:proofErr w:type="gram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без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зменшення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кількості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упаковок</w:t>
            </w:r>
            <w:proofErr w:type="spellEnd"/>
            <w:r w:rsidRPr="004C64FB">
              <w:rPr>
                <w:rFonts w:eastAsia="Arial" w:cs="Times New Roman"/>
                <w:color w:val="1F2937"/>
                <w:sz w:val="18"/>
                <w:szCs w:val="18"/>
              </w:rPr>
              <w:t>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F04789" w:rsidRDefault="004C64FB" w:rsidP="004C64FB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  <w:tr w:rsidR="004C64FB" w:rsidRPr="000345EC" w:rsidTr="00736015">
        <w:trPr>
          <w:cantSplit/>
          <w:jc w:val="center"/>
        </w:trPr>
        <w:tc>
          <w:tcPr>
            <w:tcW w:w="212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4361BF" w:rsidRDefault="004C64FB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4361BF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lastRenderedPageBreak/>
              <w:t>Інші позиції набору</w:t>
            </w:r>
          </w:p>
        </w:tc>
        <w:tc>
          <w:tcPr>
            <w:tcW w:w="43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4361BF" w:rsidRDefault="004C64FB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  <w:r w:rsidRPr="004361BF">
              <w:rPr>
                <w:rFonts w:eastAsia="Arial" w:cs="Times New Roman"/>
                <w:color w:val="1F2937"/>
                <w:sz w:val="18"/>
                <w:szCs w:val="18"/>
                <w:lang w:val="uk-UA"/>
              </w:rPr>
              <w:t>Мають відповідати розділу «Загальні технічні вимоги до спільних складових усіх лотів» цієї Тендерної форми. Вартість комплектування, пакування та доставки включається до загальної ціни лота й окремо не зазначається.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4C64FB" w:rsidRPr="00F04789" w:rsidRDefault="004C64FB" w:rsidP="00736015">
            <w:pPr>
              <w:rPr>
                <w:rFonts w:cs="Times New Roman"/>
                <w:sz w:val="18"/>
                <w:szCs w:val="18"/>
                <w:lang w:val="uk-UA"/>
              </w:rPr>
            </w:pPr>
          </w:p>
        </w:tc>
      </w:tr>
    </w:tbl>
    <w:p w:rsidR="004C64FB" w:rsidRPr="000345EC" w:rsidRDefault="004C64FB" w:rsidP="004C64FB">
      <w:pPr>
        <w:spacing w:before="100"/>
        <w:rPr>
          <w:rFonts w:cs="Times New Roman"/>
          <w:sz w:val="20"/>
          <w:szCs w:val="20"/>
          <w:lang w:val="uk-UA"/>
        </w:rPr>
      </w:pPr>
      <w:r w:rsidRPr="000345EC">
        <w:rPr>
          <w:rFonts w:eastAsia="Arial" w:cs="Times New Roman"/>
          <w:b/>
          <w:color w:val="1F2937"/>
          <w:sz w:val="20"/>
          <w:szCs w:val="20"/>
          <w:lang w:val="uk-UA"/>
        </w:rPr>
        <w:t>Підтверджуємо відповідність запропонованих товарів зазначеним вимогам.</w:t>
      </w:r>
    </w:p>
    <w:p w:rsidR="004361BF" w:rsidRPr="004C64FB" w:rsidRDefault="004C64FB" w:rsidP="004361BF">
      <w:pPr>
        <w:rPr>
          <w:b/>
          <w:color w:val="000000"/>
          <w:lang w:val="uk-UA"/>
        </w:rPr>
      </w:pPr>
      <w:r>
        <w:rPr>
          <w:rFonts w:eastAsia="Arial" w:cs="Times New Roman"/>
          <w:color w:val="1F2937"/>
          <w:sz w:val="20"/>
          <w:szCs w:val="20"/>
          <w:lang w:val="ru-RU"/>
        </w:rPr>
        <w:t>Дата: 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   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Підпис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: __________________    ПІБ: </w:t>
      </w:r>
      <w:r>
        <w:rPr>
          <w:rFonts w:eastAsia="Arial" w:cs="Times New Roman"/>
          <w:color w:val="1F2937"/>
          <w:sz w:val="20"/>
          <w:szCs w:val="20"/>
          <w:lang w:val="ru-RU"/>
        </w:rPr>
        <w:t>________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________________    М.П. (за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наявності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>)</w:t>
      </w:r>
      <w:r w:rsidRPr="00515787">
        <w:rPr>
          <w:b/>
          <w:color w:val="000000"/>
          <w:lang w:val="uk-UA"/>
        </w:rPr>
        <w:t xml:space="preserve"> </w:t>
      </w:r>
    </w:p>
    <w:p w:rsidR="004361BF" w:rsidRPr="004C64FB" w:rsidRDefault="004361BF" w:rsidP="004361BF">
      <w:pPr>
        <w:rPr>
          <w:b/>
          <w:color w:val="000000"/>
          <w:lang w:val="ru-RU"/>
        </w:rPr>
      </w:pPr>
    </w:p>
    <w:p w:rsidR="004361BF" w:rsidRDefault="004361BF" w:rsidP="004361BF">
      <w:pPr>
        <w:rPr>
          <w:b/>
          <w:color w:val="000000"/>
          <w:lang w:val="uk-UA"/>
        </w:rPr>
      </w:pPr>
    </w:p>
    <w:p w:rsidR="009B25D9" w:rsidRPr="00515787" w:rsidRDefault="00652776" w:rsidP="004361BF">
      <w:pPr>
        <w:rPr>
          <w:lang w:val="uk-UA"/>
        </w:rPr>
      </w:pPr>
      <w:r w:rsidRPr="00515787">
        <w:rPr>
          <w:b/>
          <w:color w:val="000000"/>
          <w:lang w:val="uk-UA"/>
        </w:rPr>
        <w:t>Перелік документів, доданих до пропозиції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5670"/>
        <w:gridCol w:w="3545"/>
      </w:tblGrid>
      <w:tr w:rsidR="009B25D9" w:rsidRPr="00515787" w:rsidTr="002666A9">
        <w:trPr>
          <w:cantSplit/>
          <w:tblHeader/>
          <w:jc w:val="center"/>
        </w:trPr>
        <w:tc>
          <w:tcPr>
            <w:tcW w:w="623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652776">
            <w:pPr>
              <w:jc w:val="center"/>
              <w:rPr>
                <w:lang w:val="uk-UA"/>
              </w:rPr>
            </w:pPr>
            <w:r w:rsidRPr="00515787">
              <w:rPr>
                <w:b/>
                <w:color w:val="000000"/>
                <w:sz w:val="18"/>
                <w:lang w:val="uk-UA"/>
              </w:rPr>
              <w:t>№</w:t>
            </w:r>
          </w:p>
        </w:tc>
        <w:tc>
          <w:tcPr>
            <w:tcW w:w="5670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652776">
            <w:pPr>
              <w:jc w:val="center"/>
              <w:rPr>
                <w:lang w:val="uk-UA"/>
              </w:rPr>
            </w:pPr>
            <w:r w:rsidRPr="00515787">
              <w:rPr>
                <w:b/>
                <w:color w:val="000000"/>
                <w:sz w:val="18"/>
                <w:lang w:val="uk-UA"/>
              </w:rPr>
              <w:t>Документ</w:t>
            </w:r>
          </w:p>
        </w:tc>
        <w:tc>
          <w:tcPr>
            <w:tcW w:w="3545" w:type="dxa"/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652776">
            <w:pPr>
              <w:jc w:val="center"/>
              <w:rPr>
                <w:lang w:val="uk-UA"/>
              </w:rPr>
            </w:pPr>
            <w:r w:rsidRPr="00515787">
              <w:rPr>
                <w:b/>
                <w:color w:val="000000"/>
                <w:sz w:val="18"/>
                <w:lang w:val="uk-UA"/>
              </w:rPr>
              <w:t>Наявність / назва файлу</w:t>
            </w:r>
          </w:p>
        </w:tc>
      </w:tr>
      <w:tr w:rsidR="009B25D9" w:rsidRPr="00515787" w:rsidTr="002666A9">
        <w:trPr>
          <w:cantSplit/>
          <w:jc w:val="center"/>
        </w:trPr>
        <w:tc>
          <w:tcPr>
            <w:tcW w:w="623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652776">
            <w:pPr>
              <w:jc w:val="center"/>
              <w:rPr>
                <w:lang w:val="uk-UA"/>
              </w:rPr>
            </w:pPr>
            <w:r w:rsidRPr="00515787">
              <w:rPr>
                <w:color w:val="000000"/>
                <w:sz w:val="18"/>
                <w:lang w:val="uk-UA"/>
              </w:rPr>
              <w:t>1</w:t>
            </w:r>
          </w:p>
        </w:tc>
        <w:tc>
          <w:tcPr>
            <w:tcW w:w="567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652776">
            <w:pPr>
              <w:rPr>
                <w:lang w:val="uk-UA"/>
              </w:rPr>
            </w:pPr>
            <w:r w:rsidRPr="00515787">
              <w:rPr>
                <w:color w:val="000000"/>
                <w:sz w:val="18"/>
                <w:lang w:val="uk-UA"/>
              </w:rPr>
              <w:t>Тендерна форма та цінова специфікація</w:t>
            </w:r>
          </w:p>
        </w:tc>
        <w:tc>
          <w:tcPr>
            <w:tcW w:w="354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9B25D9">
            <w:pPr>
              <w:jc w:val="center"/>
              <w:rPr>
                <w:lang w:val="uk-UA"/>
              </w:rPr>
            </w:pPr>
          </w:p>
        </w:tc>
      </w:tr>
      <w:tr w:rsidR="009B25D9" w:rsidRPr="00515787" w:rsidTr="002666A9">
        <w:trPr>
          <w:cantSplit/>
          <w:jc w:val="center"/>
        </w:trPr>
        <w:tc>
          <w:tcPr>
            <w:tcW w:w="623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652776">
            <w:pPr>
              <w:jc w:val="center"/>
              <w:rPr>
                <w:lang w:val="uk-UA"/>
              </w:rPr>
            </w:pPr>
            <w:r w:rsidRPr="00515787">
              <w:rPr>
                <w:color w:val="000000"/>
                <w:sz w:val="18"/>
                <w:lang w:val="uk-UA"/>
              </w:rPr>
              <w:t>2</w:t>
            </w:r>
          </w:p>
        </w:tc>
        <w:tc>
          <w:tcPr>
            <w:tcW w:w="567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F34C36" w:rsidP="00F34C36">
            <w:pPr>
              <w:rPr>
                <w:lang w:val="uk-UA"/>
              </w:rPr>
            </w:pPr>
            <w:r w:rsidRPr="00515787">
              <w:rPr>
                <w:color w:val="000000"/>
                <w:sz w:val="18"/>
                <w:lang w:val="uk-UA"/>
              </w:rPr>
              <w:t>Технічні характеристики</w:t>
            </w:r>
          </w:p>
        </w:tc>
        <w:tc>
          <w:tcPr>
            <w:tcW w:w="354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9B25D9">
            <w:pPr>
              <w:jc w:val="center"/>
              <w:rPr>
                <w:lang w:val="uk-UA"/>
              </w:rPr>
            </w:pPr>
          </w:p>
        </w:tc>
      </w:tr>
      <w:tr w:rsidR="009B25D9" w:rsidRPr="00515787" w:rsidTr="002666A9">
        <w:trPr>
          <w:cantSplit/>
          <w:jc w:val="center"/>
        </w:trPr>
        <w:tc>
          <w:tcPr>
            <w:tcW w:w="623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652776">
            <w:pPr>
              <w:jc w:val="center"/>
              <w:rPr>
                <w:lang w:val="uk-UA"/>
              </w:rPr>
            </w:pPr>
            <w:r w:rsidRPr="00515787">
              <w:rPr>
                <w:color w:val="000000"/>
                <w:sz w:val="18"/>
                <w:lang w:val="uk-UA"/>
              </w:rPr>
              <w:t>3</w:t>
            </w:r>
          </w:p>
        </w:tc>
        <w:tc>
          <w:tcPr>
            <w:tcW w:w="567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652776">
            <w:pPr>
              <w:rPr>
                <w:lang w:val="uk-UA"/>
              </w:rPr>
            </w:pPr>
            <w:r w:rsidRPr="00515787">
              <w:rPr>
                <w:color w:val="000000"/>
                <w:sz w:val="18"/>
                <w:lang w:val="uk-UA"/>
              </w:rPr>
              <w:t>Документи про повноваження підписанта</w:t>
            </w:r>
            <w:r w:rsidR="00F34C36" w:rsidRPr="00515787">
              <w:rPr>
                <w:color w:val="000000"/>
                <w:sz w:val="18"/>
                <w:lang w:val="uk-UA"/>
              </w:rPr>
              <w:t xml:space="preserve"> (при необхідності)</w:t>
            </w:r>
          </w:p>
        </w:tc>
        <w:tc>
          <w:tcPr>
            <w:tcW w:w="354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9B25D9">
            <w:pPr>
              <w:jc w:val="center"/>
              <w:rPr>
                <w:lang w:val="uk-UA"/>
              </w:rPr>
            </w:pPr>
          </w:p>
        </w:tc>
      </w:tr>
      <w:tr w:rsidR="009B25D9" w:rsidRPr="00515787" w:rsidTr="002666A9">
        <w:trPr>
          <w:cantSplit/>
          <w:jc w:val="center"/>
        </w:trPr>
        <w:tc>
          <w:tcPr>
            <w:tcW w:w="623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652776">
            <w:pPr>
              <w:jc w:val="center"/>
              <w:rPr>
                <w:lang w:val="uk-UA"/>
              </w:rPr>
            </w:pPr>
            <w:r w:rsidRPr="00515787">
              <w:rPr>
                <w:color w:val="000000"/>
                <w:sz w:val="18"/>
                <w:lang w:val="uk-UA"/>
              </w:rPr>
              <w:t>4</w:t>
            </w:r>
          </w:p>
        </w:tc>
        <w:tc>
          <w:tcPr>
            <w:tcW w:w="567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652776">
            <w:pPr>
              <w:rPr>
                <w:lang w:val="uk-UA"/>
              </w:rPr>
            </w:pPr>
            <w:r w:rsidRPr="00515787">
              <w:rPr>
                <w:color w:val="000000"/>
                <w:sz w:val="18"/>
                <w:lang w:val="uk-UA"/>
              </w:rPr>
              <w:t>Виписка/витяг з ЄДР</w:t>
            </w:r>
          </w:p>
        </w:tc>
        <w:tc>
          <w:tcPr>
            <w:tcW w:w="354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9B25D9">
            <w:pPr>
              <w:jc w:val="center"/>
              <w:rPr>
                <w:lang w:val="uk-UA"/>
              </w:rPr>
            </w:pPr>
          </w:p>
        </w:tc>
      </w:tr>
      <w:tr w:rsidR="009B25D9" w:rsidRPr="00515787" w:rsidTr="002666A9">
        <w:trPr>
          <w:cantSplit/>
          <w:jc w:val="center"/>
        </w:trPr>
        <w:tc>
          <w:tcPr>
            <w:tcW w:w="623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F34C36">
            <w:pPr>
              <w:jc w:val="center"/>
              <w:rPr>
                <w:lang w:val="uk-UA"/>
              </w:rPr>
            </w:pPr>
            <w:r w:rsidRPr="00515787">
              <w:rPr>
                <w:color w:val="000000"/>
                <w:sz w:val="18"/>
                <w:lang w:val="uk-UA"/>
              </w:rPr>
              <w:t>5</w:t>
            </w:r>
          </w:p>
        </w:tc>
        <w:tc>
          <w:tcPr>
            <w:tcW w:w="567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652776">
            <w:pPr>
              <w:rPr>
                <w:lang w:val="uk-UA"/>
              </w:rPr>
            </w:pPr>
            <w:r w:rsidRPr="00515787">
              <w:rPr>
                <w:color w:val="000000"/>
                <w:sz w:val="18"/>
                <w:lang w:val="uk-UA"/>
              </w:rPr>
              <w:t>Інші документи</w:t>
            </w:r>
          </w:p>
        </w:tc>
        <w:tc>
          <w:tcPr>
            <w:tcW w:w="354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9B25D9" w:rsidRPr="00515787" w:rsidRDefault="009B25D9">
            <w:pPr>
              <w:jc w:val="center"/>
              <w:rPr>
                <w:lang w:val="uk-UA"/>
              </w:rPr>
            </w:pPr>
          </w:p>
        </w:tc>
      </w:tr>
    </w:tbl>
    <w:p w:rsidR="002666A9" w:rsidRPr="00515787" w:rsidRDefault="002666A9">
      <w:pPr>
        <w:spacing w:before="160" w:after="80" w:line="247" w:lineRule="auto"/>
        <w:jc w:val="both"/>
        <w:rPr>
          <w:color w:val="000000"/>
          <w:lang w:val="uk-UA"/>
        </w:rPr>
      </w:pPr>
    </w:p>
    <w:p w:rsidR="009B25D9" w:rsidRPr="00515787" w:rsidRDefault="004C64FB" w:rsidP="004C64FB">
      <w:pPr>
        <w:spacing w:before="160" w:after="80" w:line="247" w:lineRule="auto"/>
        <w:jc w:val="both"/>
        <w:rPr>
          <w:lang w:val="uk-UA"/>
        </w:rPr>
      </w:pPr>
      <w:r>
        <w:rPr>
          <w:rFonts w:eastAsia="Arial" w:cs="Times New Roman"/>
          <w:color w:val="1F2937"/>
          <w:sz w:val="20"/>
          <w:szCs w:val="20"/>
          <w:lang w:val="ru-RU"/>
        </w:rPr>
        <w:t>Дата: 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   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Підпис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: __________________    ПІБ: </w:t>
      </w:r>
      <w:r>
        <w:rPr>
          <w:rFonts w:eastAsia="Arial" w:cs="Times New Roman"/>
          <w:color w:val="1F2937"/>
          <w:sz w:val="20"/>
          <w:szCs w:val="20"/>
          <w:lang w:val="ru-RU"/>
        </w:rPr>
        <w:t>________</w:t>
      </w:r>
      <w:r w:rsidRPr="000345EC">
        <w:rPr>
          <w:rFonts w:eastAsia="Arial" w:cs="Times New Roman"/>
          <w:color w:val="1F2937"/>
          <w:sz w:val="20"/>
          <w:szCs w:val="20"/>
          <w:lang w:val="ru-RU"/>
        </w:rPr>
        <w:t xml:space="preserve">________________    М.П. (за </w:t>
      </w:r>
      <w:proofErr w:type="spellStart"/>
      <w:r w:rsidRPr="000345EC">
        <w:rPr>
          <w:rFonts w:eastAsia="Arial" w:cs="Times New Roman"/>
          <w:color w:val="1F2937"/>
          <w:sz w:val="20"/>
          <w:szCs w:val="20"/>
          <w:lang w:val="ru-RU"/>
        </w:rPr>
        <w:t>наявності</w:t>
      </w:r>
      <w:proofErr w:type="spellEnd"/>
      <w:r w:rsidRPr="000345EC">
        <w:rPr>
          <w:rFonts w:eastAsia="Arial" w:cs="Times New Roman"/>
          <w:color w:val="1F2937"/>
          <w:sz w:val="20"/>
          <w:szCs w:val="20"/>
          <w:lang w:val="ru-RU"/>
        </w:rPr>
        <w:t>)</w:t>
      </w:r>
    </w:p>
    <w:sectPr w:rsidR="009B25D9" w:rsidRPr="00515787" w:rsidSect="00034616">
      <w:footerReference w:type="default" r:id="rId9"/>
      <w:pgSz w:w="11906" w:h="16838"/>
      <w:pgMar w:top="794" w:right="1020" w:bottom="737" w:left="1020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79C5" w:rsidRDefault="003079C5">
      <w:pPr>
        <w:spacing w:after="0" w:line="240" w:lineRule="auto"/>
      </w:pPr>
      <w:r>
        <w:separator/>
      </w:r>
    </w:p>
  </w:endnote>
  <w:endnote w:type="continuationSeparator" w:id="0">
    <w:p w:rsidR="003079C5" w:rsidRDefault="00307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1EC" w:rsidRDefault="00F511EC">
    <w:pPr>
      <w:pStyle w:val="a7"/>
      <w:jc w:val="right"/>
    </w:pPr>
    <w:proofErr w:type="spellStart"/>
    <w:r>
      <w:rPr>
        <w:color w:val="000000"/>
        <w:sz w:val="18"/>
      </w:rPr>
      <w:t>Додаток</w:t>
    </w:r>
    <w:proofErr w:type="spellEnd"/>
    <w:r>
      <w:rPr>
        <w:color w:val="000000"/>
        <w:sz w:val="18"/>
      </w:rPr>
      <w:t xml:space="preserve"> </w:t>
    </w:r>
    <w:proofErr w:type="spellStart"/>
    <w:r>
      <w:rPr>
        <w:color w:val="000000"/>
        <w:sz w:val="18"/>
      </w:rPr>
      <w:t>до</w:t>
    </w:r>
    <w:proofErr w:type="spellEnd"/>
    <w:r>
      <w:rPr>
        <w:color w:val="000000"/>
        <w:sz w:val="18"/>
      </w:rPr>
      <w:t xml:space="preserve"> </w:t>
    </w:r>
    <w:proofErr w:type="spellStart"/>
    <w:r>
      <w:rPr>
        <w:color w:val="000000"/>
        <w:sz w:val="18"/>
      </w:rPr>
      <w:t>тендера</w:t>
    </w:r>
    <w:proofErr w:type="spellEnd"/>
    <w:r>
      <w:rPr>
        <w:color w:val="000000"/>
        <w:sz w:val="18"/>
      </w:rPr>
      <w:t xml:space="preserve"> · </w:t>
    </w:r>
    <w:proofErr w:type="spellStart"/>
    <w:r>
      <w:rPr>
        <w:color w:val="000000"/>
        <w:sz w:val="18"/>
      </w:rPr>
      <w:t>Сторінка</w:t>
    </w:r>
    <w:proofErr w:type="spellEnd"/>
    <w:r>
      <w:rPr>
        <w:color w:val="000000"/>
        <w:sz w:val="18"/>
      </w:rPr>
      <w:t xml:space="preserve"> </w:t>
    </w:r>
    <w:r>
      <w:rPr>
        <w:color w:val="000000"/>
        <w:sz w:val="18"/>
      </w:rPr>
      <w:fldChar w:fldCharType="begin"/>
    </w:r>
    <w:r>
      <w:rPr>
        <w:color w:val="000000"/>
        <w:sz w:val="18"/>
      </w:rPr>
      <w:instrText>PAGE</w:instrText>
    </w:r>
    <w:r>
      <w:rPr>
        <w:color w:val="000000"/>
        <w:sz w:val="18"/>
      </w:rPr>
      <w:fldChar w:fldCharType="separate"/>
    </w:r>
    <w:r w:rsidR="004C64FB">
      <w:rPr>
        <w:noProof/>
        <w:color w:val="000000"/>
        <w:sz w:val="18"/>
      </w:rPr>
      <w:t>15</w:t>
    </w:r>
    <w:r>
      <w:rPr>
        <w:color w:val="000000"/>
        <w:sz w:val="18"/>
      </w:rPr>
      <w:fldChar w:fldCharType="end"/>
    </w:r>
    <w:r>
      <w:rPr>
        <w:color w:val="000000"/>
        <w:sz w:val="18"/>
      </w:rPr>
      <w:t xml:space="preserve"> з </w:t>
    </w:r>
    <w:r>
      <w:rPr>
        <w:color w:val="000000"/>
        <w:sz w:val="18"/>
      </w:rPr>
      <w:fldChar w:fldCharType="begin"/>
    </w:r>
    <w:r>
      <w:rPr>
        <w:color w:val="000000"/>
        <w:sz w:val="18"/>
      </w:rPr>
      <w:instrText>NUMPAGES</w:instrText>
    </w:r>
    <w:r>
      <w:rPr>
        <w:color w:val="000000"/>
        <w:sz w:val="18"/>
      </w:rPr>
      <w:fldChar w:fldCharType="separate"/>
    </w:r>
    <w:r w:rsidR="004C64FB">
      <w:rPr>
        <w:noProof/>
        <w:color w:val="000000"/>
        <w:sz w:val="18"/>
      </w:rPr>
      <w:t>15</w:t>
    </w:r>
    <w:r>
      <w:rPr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79C5" w:rsidRDefault="003079C5">
      <w:pPr>
        <w:spacing w:after="0" w:line="240" w:lineRule="auto"/>
      </w:pPr>
      <w:r>
        <w:separator/>
      </w:r>
    </w:p>
  </w:footnote>
  <w:footnote w:type="continuationSeparator" w:id="0">
    <w:p w:rsidR="003079C5" w:rsidRDefault="003079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B5D03EE"/>
    <w:multiLevelType w:val="hybridMultilevel"/>
    <w:tmpl w:val="D1BA44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3A2880"/>
    <w:multiLevelType w:val="multilevel"/>
    <w:tmpl w:val="F314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0D3125"/>
    <w:multiLevelType w:val="hybridMultilevel"/>
    <w:tmpl w:val="7C3A1C60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987B8F"/>
    <w:multiLevelType w:val="hybridMultilevel"/>
    <w:tmpl w:val="D3D2A81E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5EC"/>
    <w:rsid w:val="00034616"/>
    <w:rsid w:val="0006063C"/>
    <w:rsid w:val="001377B2"/>
    <w:rsid w:val="0015074B"/>
    <w:rsid w:val="00191CA0"/>
    <w:rsid w:val="002666A9"/>
    <w:rsid w:val="0029639D"/>
    <w:rsid w:val="003079C5"/>
    <w:rsid w:val="00326F90"/>
    <w:rsid w:val="00382BAF"/>
    <w:rsid w:val="0039312F"/>
    <w:rsid w:val="003B6683"/>
    <w:rsid w:val="004361BF"/>
    <w:rsid w:val="004C64FB"/>
    <w:rsid w:val="004F65D3"/>
    <w:rsid w:val="00515787"/>
    <w:rsid w:val="00652776"/>
    <w:rsid w:val="007F7E6D"/>
    <w:rsid w:val="00865ADB"/>
    <w:rsid w:val="008E5F23"/>
    <w:rsid w:val="009635E6"/>
    <w:rsid w:val="009A0D73"/>
    <w:rsid w:val="009B25D9"/>
    <w:rsid w:val="00AA1D8D"/>
    <w:rsid w:val="00B47730"/>
    <w:rsid w:val="00CB0664"/>
    <w:rsid w:val="00CD483F"/>
    <w:rsid w:val="00D24A45"/>
    <w:rsid w:val="00D51B0C"/>
    <w:rsid w:val="00F04789"/>
    <w:rsid w:val="00F34C36"/>
    <w:rsid w:val="00F511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BC1A9DE-C1C8-48A8-8D20-E43CD511D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C64FB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unhideWhenUsed/>
    <w:rsid w:val="00F511EC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2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27E937-F5E1-43B6-9436-C8D43AC3F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14303</Words>
  <Characters>8153</Characters>
  <Application>Microsoft Office Word</Application>
  <DocSecurity>0</DocSecurity>
  <Lines>67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22412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User_RTX</cp:lastModifiedBy>
  <cp:revision>2</cp:revision>
  <dcterms:created xsi:type="dcterms:W3CDTF">2026-09-03T07:07:00Z</dcterms:created>
  <dcterms:modified xsi:type="dcterms:W3CDTF">2026-09-03T07:07:00Z</dcterms:modified>
  <cp:category/>
</cp:coreProperties>
</file>